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00" w:after="240" w:line="259" w:lineRule="auto"/>
        <w:jc w:val="center"/>
      </w:pPr>
      <w:r>
        <w:rPr>
          <w:rFonts w:ascii="Arial" w:hAnsi="Arial"/>
          <w:sz w:val="42"/>
        </w:rPr>
        <w:t>Application for Certified Employment</w:t>
      </w:r>
    </w:p>
    <w:p>
      <w:pPr>
        <w:spacing w:after="140" w:line="259" w:lineRule="auto"/>
      </w:pPr>
      <w:r>
        <w:rPr>
          <w:rFonts w:ascii="Arial" w:hAnsi="Arial"/>
          <w:sz w:val="22"/>
        </w:rPr>
        <w:t>Complete all applicant sections, save a copy with your name in the filename, and return it with required attachments through the district’s designated application submission method. Typed signature fields are provided; Personnel may request signature verification. For questions, email personnel@richland.k12.la.us.</w:t>
      </w:r>
    </w:p>
    <w:p>
      <w:pPr>
        <w:spacing w:after="140" w:line="259" w:lineRule="auto"/>
      </w:pPr>
      <w:r>
        <w:t xml:space="preserve">Date </w:t>
      </w:r>
      <w:sdt>
        <w:sdtPr>
          <w:alias w:val="2 Date   Social Security No. 0"/>
          <w:tag w:val="2 Date   Social Security No. 0"/>
          <w:id w:val="10001"/>
          <w:text/>
          <w:showingPlcHdr/>
        </w:sdtPr>
        <w:sdtContent>
          <w:r>
            <w:rPr>
              <w:shd w:fill="EDF3FC"/>
            </w:rPr>
            <w:t xml:space="preserve">Click to enter                               </w:t>
          </w:r>
        </w:sdtContent>
      </w:sdt>
      <w:r>
        <w:t xml:space="preserve">  Social Security No. </w:t>
      </w:r>
      <w:sdt>
        <w:sdtPr>
          <w:alias w:val="2 Date   Social Security No. 1"/>
          <w:tag w:val="2 Date   Social Security No. 1"/>
          <w:id w:val="10002"/>
          <w:text/>
          <w:showingPlcHdr/>
        </w:sdtPr>
        <w:sdtContent>
          <w:r>
            <w:rPr>
              <w:shd w:fill="EDF3FC"/>
            </w:rPr>
            <w:t xml:space="preserve">Click to enter                                       </w:t>
          </w:r>
        </w:sdtContent>
      </w:sdt>
    </w:p>
    <w:p>
      <w:pPr>
        <w:spacing w:after="140" w:line="259" w:lineRule="auto"/>
      </w:pPr>
      <w:r>
        <w:t xml:space="preserve">Name </w:t>
      </w:r>
      <w:sdt>
        <w:sdtPr>
          <w:alias w:val="3 Name &#10;              Last                                      Fir 2"/>
          <w:tag w:val="3 Name &#10;              Last                                      Fir 2"/>
          <w:id w:val="10003"/>
          <w:text/>
          <w:showingPlcHdr/>
        </w:sdtPr>
        <w:sdtContent>
          <w:r>
            <w:rPr>
              <w:shd w:fill="EDF3FC"/>
            </w:rPr>
            <w:t xml:space="preserve">Click to enter                                                                                                                               </w:t>
          </w:r>
        </w:sdtContent>
      </w:sdt>
      <w:r>
        <w:br/>
        <w:t xml:space="preserve">              Last                                      First                              Middle                       Maiden</w:t>
      </w:r>
    </w:p>
    <w:p>
      <w:pPr>
        <w:spacing w:after="140" w:line="259" w:lineRule="auto"/>
      </w:pPr>
      <w:r>
        <w:t xml:space="preserve">Street address </w:t>
      </w:r>
      <w:sdt>
        <w:sdtPr>
          <w:alias w:val="4 Street address 3"/>
          <w:tag w:val="4 Street address 3"/>
          <w:id w:val="10004"/>
          <w:text/>
          <w:showingPlcHdr/>
        </w:sdtPr>
        <w:sdtContent>
          <w:r>
            <w:rPr>
              <w:shd w:fill="EDF3FC"/>
            </w:rPr>
            <w:t xml:space="preserve">Click to enter                                                                                                                 </w:t>
          </w:r>
        </w:sdtContent>
      </w:sdt>
    </w:p>
    <w:p>
      <w:pPr>
        <w:spacing w:after="140" w:line="259" w:lineRule="auto"/>
      </w:pPr>
      <w:r>
        <w:t xml:space="preserve">City </w:t>
      </w:r>
      <w:sdt>
        <w:sdtPr>
          <w:alias w:val="5 City  State  ZIP 4"/>
          <w:tag w:val="5 City  State  ZIP 4"/>
          <w:id w:val="10005"/>
          <w:text/>
          <w:showingPlcHdr/>
        </w:sdtPr>
        <w:sdtContent>
          <w:r>
            <w:rPr>
              <w:shd w:fill="EDF3FC"/>
            </w:rPr>
            <w:t xml:space="preserve">Click to enter                                                   </w:t>
          </w:r>
        </w:sdtContent>
      </w:sdt>
      <w:r>
        <w:t xml:space="preserve"> State </w:t>
      </w:r>
      <w:sdt>
        <w:sdtPr>
          <w:alias w:val="5 City  State  ZIP 5"/>
          <w:tag w:val="5 City  State  ZIP 5"/>
          <w:id w:val="10006"/>
          <w:text/>
          <w:showingPlcHdr/>
        </w:sdtPr>
        <w:sdtContent>
          <w:r>
            <w:rPr>
              <w:shd w:fill="EDF3FC"/>
            </w:rPr>
            <w:t xml:space="preserve">Enter</w:t>
          </w:r>
        </w:sdtContent>
      </w:sdt>
      <w:r>
        <w:t xml:space="preserve"> ZIP </w:t>
      </w:r>
      <w:sdt>
        <w:sdtPr>
          <w:alias w:val="5 City  State  ZIP 6"/>
          <w:tag w:val="5 City  State  ZIP 6"/>
          <w:id w:val="10007"/>
          <w:text/>
          <w:showingPlcHdr/>
        </w:sdtPr>
        <w:sdtContent>
          <w:r>
            <w:rPr>
              <w:shd w:fill="EDF3FC"/>
            </w:rPr>
            <w:t xml:space="preserve">Enter             </w:t>
          </w:r>
        </w:sdtContent>
      </w:sdt>
    </w:p>
    <w:p>
      <w:pPr>
        <w:spacing w:after="140" w:line="259" w:lineRule="auto"/>
      </w:pPr>
      <w:r>
        <w:t xml:space="preserve">Telephone </w:t>
      </w:r>
      <w:sdt>
        <w:sdtPr>
          <w:alias w:val="6 Telephone  Cell phone 7"/>
          <w:tag w:val="6 Telephone  Cell phone 7"/>
          <w:id w:val="10008"/>
          <w:text/>
          <w:showingPlcHdr/>
        </w:sdtPr>
        <w:sdtContent>
          <w:r>
            <w:rPr>
              <w:shd w:fill="EDF3FC"/>
            </w:rPr>
            <w:t xml:space="preserve">Click to enter                                   </w:t>
          </w:r>
        </w:sdtContent>
      </w:sdt>
      <w:r>
        <w:t xml:space="preserve"> Cell phone </w:t>
      </w:r>
      <w:sdt>
        <w:sdtPr>
          <w:alias w:val="6 Telephone  Cell phone 8"/>
          <w:tag w:val="6 Telephone  Cell phone 8"/>
          <w:id w:val="10009"/>
          <w:text/>
          <w:showingPlcHdr/>
        </w:sdtPr>
        <w:sdtContent>
          <w:r>
            <w:rPr>
              <w:shd w:fill="EDF3FC"/>
            </w:rPr>
            <w:t xml:space="preserve">Click to enter                                         </w:t>
          </w:r>
        </w:sdtContent>
      </w:sdt>
    </w:p>
    <w:p>
      <w:pPr>
        <w:spacing w:after="140" w:line="259" w:lineRule="auto"/>
      </w:pPr>
      <w:r>
        <w:t xml:space="preserve">Email </w:t>
      </w:r>
      <w:sdt>
        <w:sdtPr>
          <w:alias w:val="7 Email 9"/>
          <w:tag w:val="7 Email 9"/>
          <w:id w:val="10010"/>
          <w:text/>
          <w:showingPlcHdr/>
        </w:sdtPr>
        <w:sdtContent>
          <w:r>
            <w:rPr>
              <w:shd w:fill="EDF3FC"/>
            </w:rPr>
            <w:t xml:space="preserve">Click to enter                                                                                                                               </w:t>
          </w:r>
        </w:sdtContent>
      </w:sdt>
    </w:p>
    <w:p>
      <w:pPr>
        <w:spacing w:after="140" w:line="259" w:lineRule="auto"/>
      </w:pPr>
      <w:r>
        <w:t xml:space="preserve">Position sought </w:t>
      </w:r>
      <w:sdt>
        <w:sdtPr>
          <w:alias w:val="8 Position sought  Date available 10"/>
          <w:tag w:val="8 Position sought  Date available 10"/>
          <w:id w:val="10011"/>
          <w:text/>
          <w:showingPlcHdr/>
        </w:sdtPr>
        <w:sdtContent>
          <w:r>
            <w:rPr>
              <w:shd w:fill="EDF3FC"/>
            </w:rPr>
            <w:t xml:space="preserve">Click to enter                                             </w:t>
          </w:r>
        </w:sdtContent>
      </w:sdt>
      <w:r>
        <w:t xml:space="preserve"> Date available </w:t>
      </w:r>
      <w:sdt>
        <w:sdtPr>
          <w:alias w:val="8 Position sought  Date available 11"/>
          <w:tag w:val="8 Position sought  Date available 11"/>
          <w:id w:val="10012"/>
          <w:text/>
          <w:showingPlcHdr/>
        </w:sdtPr>
        <w:sdtContent>
          <w:r>
            <w:rPr>
              <w:shd w:fill="EDF3FC"/>
            </w:rPr>
            <w:t xml:space="preserve">Click to enter                 </w:t>
          </w:r>
        </w:sdtContent>
      </w:sdt>
    </w:p>
    <w:p>
      <w:pPr>
        <w:spacing w:after="140" w:line="259" w:lineRule="auto"/>
      </w:pPr>
      <w:r>
        <w:t xml:space="preserve">Certification state </w:t>
      </w:r>
      <w:sdt>
        <w:sdtPr>
          <w:alias w:val="9 Certification state  Class or type  Number 12"/>
          <w:tag w:val="9 Certification state  Class or type  Number 12"/>
          <w:id w:val="10013"/>
          <w:text/>
          <w:showingPlcHdr/>
        </w:sdtPr>
        <w:sdtContent>
          <w:r>
            <w:rPr>
              <w:shd w:fill="EDF3FC"/>
            </w:rPr>
            <w:t xml:space="preserve">Enter         </w:t>
          </w:r>
        </w:sdtContent>
      </w:sdt>
      <w:r>
        <w:t xml:space="preserve"> Class or type </w:t>
      </w:r>
      <w:sdt>
        <w:sdtPr>
          <w:alias w:val="9 Certification state  Class or type  Number 13"/>
          <w:tag w:val="9 Certification state  Class or type  Number 13"/>
          <w:id w:val="10014"/>
          <w:text/>
          <w:showingPlcHdr/>
        </w:sdtPr>
        <w:sdtContent>
          <w:r>
            <w:rPr>
              <w:shd w:fill="EDF3FC"/>
            </w:rPr>
            <w:t xml:space="preserve">Enter         </w:t>
          </w:r>
        </w:sdtContent>
      </w:sdt>
      <w:r>
        <w:t xml:space="preserve"> Number </w:t>
      </w:r>
      <w:sdt>
        <w:sdtPr>
          <w:alias w:val="9 Certification state  Class or type  Number 14"/>
          <w:tag w:val="9 Certification state  Class or type  Number 14"/>
          <w:id w:val="10015"/>
          <w:text/>
          <w:showingPlcHdr/>
        </w:sdtPr>
        <w:sdtContent>
          <w:r>
            <w:rPr>
              <w:shd w:fill="EDF3FC"/>
            </w:rPr>
            <w:t xml:space="preserve">Enter     </w:t>
          </w:r>
        </w:sdtContent>
      </w:sdt>
    </w:p>
    <w:p>
      <w:pPr>
        <w:spacing w:after="140" w:line="259" w:lineRule="auto"/>
      </w:pPr>
      <w:r>
        <w:t xml:space="preserve">Areas of certification </w:t>
      </w:r>
      <w:sdt>
        <w:sdtPr>
          <w:alias w:val="10 Areas of certification 15"/>
          <w:tag w:val="10 Areas of certification 15"/>
          <w:id w:val="10016"/>
          <w:text/>
          <w:showingPlcHdr/>
        </w:sdtPr>
        <w:sdtContent>
          <w:r>
            <w:rPr>
              <w:shd w:fill="EDF3FC"/>
            </w:rPr>
            <w:t xml:space="preserve">Click to enter                                                                                                         </w:t>
          </w:r>
        </w:sdtContent>
      </w:sdt>
    </w:p>
    <w:p>
      <w:pPr>
        <w:pStyle w:val="Heading1"/>
        <w:spacing w:before="240" w:after="200" w:line="259" w:lineRule="auto"/>
        <w:jc w:val="center"/>
      </w:pPr>
      <w:r>
        <w:rPr>
          <w:rFonts w:ascii="Arial" w:hAnsi="Arial"/>
          <w:sz w:val="26"/>
        </w:rPr>
        <w:t>General Information</w:t>
      </w:r>
    </w:p>
    <w:p>
      <w:pPr>
        <w:spacing w:after="140" w:line="259" w:lineRule="auto"/>
      </w:pPr>
      <w:r>
        <w:rPr>
          <w:rFonts w:ascii="Arial" w:hAnsi="Arial"/>
          <w:b w:val="0"/>
          <w:sz w:val="22"/>
        </w:rPr>
        <w:t>1. Candidates will be scheduled for interviews by a review committee selected from system administrators, supervisors and other professional staff.</w:t>
      </w:r>
    </w:p>
    <w:p>
      <w:pPr>
        <w:spacing w:after="140" w:line="259" w:lineRule="auto"/>
      </w:pPr>
      <w:r>
        <w:rPr>
          <w:rFonts w:ascii="Arial" w:hAnsi="Arial"/>
          <w:b w:val="0"/>
          <w:sz w:val="22"/>
        </w:rPr>
        <w:t>2. Submit your current teaching certificate or letter of application for certification, official college transcript and Praxis/NTE scores.</w:t>
      </w:r>
    </w:p>
    <w:p>
      <w:pPr>
        <w:spacing w:after="140" w:line="259" w:lineRule="auto"/>
      </w:pPr>
      <w:r>
        <w:rPr>
          <w:rFonts w:ascii="Arial" w:hAnsi="Arial"/>
          <w:b w:val="0"/>
          <w:sz w:val="22"/>
        </w:rPr>
        <w:t>3. Salary is determined by approved and verified teaching experience, education and salary schedules.</w:t>
      </w:r>
    </w:p>
    <w:p>
      <w:pPr>
        <w:spacing w:after="140" w:line="259" w:lineRule="auto"/>
      </w:pPr>
      <w:r>
        <w:rPr>
          <w:rFonts w:ascii="Arial" w:hAnsi="Arial"/>
          <w:b w:val="0"/>
          <w:sz w:val="22"/>
        </w:rPr>
        <w:t>4. This application remains active for two school semesters after receipt. Contact Personnel to renew it if you have not been employed.</w:t>
      </w:r>
    </w:p>
    <w:p>
      <w:pPr>
        <w:spacing w:after="140" w:line="259" w:lineRule="auto"/>
      </w:pPr>
      <w:r>
        <w:rPr>
          <w:rFonts w:ascii="Arial" w:hAnsi="Arial"/>
          <w:b w:val="0"/>
          <w:sz w:val="22"/>
        </w:rPr>
        <w:t>5. Listed principals, supervisors and references may be contacted. Identify any supervisor you request not be contacted and explain on an attached page.</w:t>
      </w:r>
    </w:p>
    <w:p>
      <w:pPr>
        <w:spacing w:after="140" w:line="259" w:lineRule="auto"/>
      </w:pPr>
      <w:r>
        <w:rPr>
          <w:rFonts w:ascii="Arial" w:hAnsi="Arial"/>
          <w:b w:val="0"/>
          <w:sz w:val="22"/>
        </w:rPr>
        <w:t>6. Authorization to release personnel evaluation results is required for employment consideration.</w:t>
      </w:r>
    </w:p>
    <w:p>
      <w:pPr>
        <w:spacing w:after="140" w:line="259" w:lineRule="auto"/>
      </w:pPr>
      <w:r>
        <w:rPr>
          <w:rFonts w:ascii="Arial" w:hAnsi="Arial"/>
          <w:b w:val="0"/>
          <w:sz w:val="22"/>
        </w:rPr>
        <w:t>7. The Richland Parish School System does not discriminate on the basis of race, color, national origin, sex, religion, age or disability in employment or services. RPSB is an equal opportunity employer.</w:t>
      </w:r>
    </w:p>
    <w:p>
      <w:pPr>
        <w:spacing w:after="140" w:line="259" w:lineRule="auto"/>
      </w:pPr>
      <w:r>
        <w:rPr>
          <w:rFonts w:ascii="Arial" w:hAnsi="Arial"/>
          <w:sz w:val="22"/>
        </w:rPr>
        <w:br w:type="page"/>
      </w:r>
    </w:p>
    <w:p>
      <w:pPr>
        <w:pStyle w:val="Heading1"/>
        <w:spacing w:before="240" w:after="100" w:line="259" w:lineRule="auto"/>
        <w:jc w:val="center"/>
      </w:pPr>
      <w:r>
        <w:rPr>
          <w:rFonts w:ascii="Arial" w:hAnsi="Arial"/>
          <w:sz w:val="36"/>
        </w:rPr>
        <w:t>Professional Preparation</w:t>
      </w:r>
    </w:p>
    <w:p>
      <w:pPr>
        <w:spacing w:after="100" w:line="259" w:lineRule="auto"/>
      </w:pPr>
      <w:r>
        <w:t xml:space="preserve">Applicant name </w:t>
      </w:r>
      <w:sdt>
        <w:sdtPr>
          <w:alias w:val="21 Applicant name   Date 16"/>
          <w:tag w:val="21 Applicant name   Date 16"/>
          <w:id w:val="10017"/>
          <w:text/>
          <w:showingPlcHdr/>
        </w:sdtPr>
        <w:sdtContent>
          <w:r>
            <w:rPr>
              <w:shd w:fill="EDF3FC"/>
            </w:rPr>
            <w:t xml:space="preserve">Click to enter                                                                   </w:t>
          </w:r>
        </w:sdtContent>
      </w:sdt>
      <w:r>
        <w:t xml:space="preserve">  Date </w:t>
      </w:r>
      <w:sdt>
        <w:sdtPr>
          <w:alias w:val="21 Applicant name   Date 17"/>
          <w:tag w:val="21 Applicant name   Date 17"/>
          <w:id w:val="10018"/>
          <w:text/>
          <w:showingPlcHdr/>
        </w:sdtPr>
        <w:sdtContent>
          <w:r>
            <w:rPr>
              <w:shd w:fill="EDF3FC"/>
            </w:rPr>
            <w:t xml:space="preserve">Enter         </w:t>
          </w:r>
        </w:sdtContent>
      </w:sdt>
    </w:p>
    <w:tbl>
      <w:tblPr>
        <w:tblStyle w:val="TableGrid"/>
        <w:tblW w:type="auto" w:w="0"/>
        <w:tblLayout w:type="fixed"/>
        <w:tblLook w:firstColumn="1" w:firstRow="1" w:lastColumn="0" w:lastRow="0" w:noHBand="0" w:noVBand="1" w:val="04A0"/>
      </w:tblPr>
      <w:tblGrid>
        <w:gridCol w:w="2592"/>
        <w:gridCol w:w="1800"/>
        <w:gridCol w:w="1944"/>
        <w:gridCol w:w="2232"/>
        <w:gridCol w:w="1656"/>
      </w:tblGrid>
      <w:tr>
        <w:tc>
          <w:tcPr>
            <w:tcW w:type="dxa" w:w="2592"/>
            <w:shd w:fill="EEEEEE"/>
            <w:vAlign w:val="center"/>
            <w:tcMar>
              <w:top w:w="80" w:type="dxa"/>
              <w:left w:w="80" w:type="dxa"/>
              <w:bottom w:w="80" w:type="dxa"/>
              <w:right w:w="80" w:type="dxa"/>
            </w:tcMar>
          </w:tcPr>
          <w:p>
            <w:pPr>
              <w:spacing w:after="40" w:line="252" w:lineRule="auto"/>
            </w:pPr>
            <w:r>
              <w:rPr>
                <w:rFonts w:ascii="Arial" w:hAnsi="Arial"/>
                <w:b/>
                <w:sz w:val="20"/>
              </w:rPr>
              <w:t>College or university</w:t>
            </w:r>
          </w:p>
        </w:tc>
        <w:tc>
          <w:tcPr>
            <w:tcW w:type="dxa" w:w="1800"/>
            <w:shd w:fill="EEEEEE"/>
            <w:vAlign w:val="center"/>
            <w:tcMar>
              <w:top w:w="80" w:type="dxa"/>
              <w:left w:w="80" w:type="dxa"/>
              <w:bottom w:w="80" w:type="dxa"/>
              <w:right w:w="80" w:type="dxa"/>
            </w:tcMar>
          </w:tcPr>
          <w:p>
            <w:pPr>
              <w:spacing w:after="40" w:line="252" w:lineRule="auto"/>
            </w:pPr>
            <w:r>
              <w:rPr>
                <w:rFonts w:ascii="Arial" w:hAnsi="Arial"/>
                <w:b/>
                <w:sz w:val="20"/>
              </w:rPr>
              <w:t>Location</w:t>
            </w:r>
          </w:p>
        </w:tc>
        <w:tc>
          <w:tcPr>
            <w:tcW w:type="dxa" w:w="1944"/>
            <w:shd w:fill="EEEEEE"/>
            <w:vAlign w:val="center"/>
            <w:tcMar>
              <w:top w:w="80" w:type="dxa"/>
              <w:left w:w="80" w:type="dxa"/>
              <w:bottom w:w="80" w:type="dxa"/>
              <w:right w:w="80" w:type="dxa"/>
            </w:tcMar>
          </w:tcPr>
          <w:p>
            <w:pPr>
              <w:spacing w:after="40" w:line="252" w:lineRule="auto"/>
            </w:pPr>
            <w:r>
              <w:rPr>
                <w:rFonts w:ascii="Arial" w:hAnsi="Arial"/>
                <w:b/>
                <w:sz w:val="20"/>
              </w:rPr>
              <w:t>Attendance from and to</w:t>
            </w:r>
          </w:p>
        </w:tc>
        <w:tc>
          <w:tcPr>
            <w:tcW w:type="dxa" w:w="2232"/>
            <w:shd w:fill="EEEEEE"/>
            <w:vAlign w:val="center"/>
            <w:tcMar>
              <w:top w:w="80" w:type="dxa"/>
              <w:left w:w="80" w:type="dxa"/>
              <w:bottom w:w="80" w:type="dxa"/>
              <w:right w:w="80" w:type="dxa"/>
            </w:tcMar>
          </w:tcPr>
          <w:p>
            <w:pPr>
              <w:spacing w:after="40" w:line="252" w:lineRule="auto"/>
            </w:pPr>
            <w:r>
              <w:rPr>
                <w:rFonts w:ascii="Arial" w:hAnsi="Arial"/>
                <w:b/>
                <w:sz w:val="20"/>
              </w:rPr>
              <w:t>Major and minor</w:t>
            </w:r>
          </w:p>
        </w:tc>
        <w:tc>
          <w:tcPr>
            <w:tcW w:type="dxa" w:w="1656"/>
            <w:shd w:fill="EEEEEE"/>
            <w:vAlign w:val="center"/>
            <w:tcMar>
              <w:top w:w="80" w:type="dxa"/>
              <w:left w:w="80" w:type="dxa"/>
              <w:bottom w:w="80" w:type="dxa"/>
              <w:right w:w="80" w:type="dxa"/>
            </w:tcMar>
          </w:tcPr>
          <w:p>
            <w:pPr>
              <w:spacing w:after="40" w:line="252" w:lineRule="auto"/>
            </w:pPr>
            <w:r>
              <w:rPr>
                <w:rFonts w:ascii="Arial" w:hAnsi="Arial"/>
                <w:b/>
                <w:sz w:val="20"/>
              </w:rPr>
              <w:t>Degree</w:t>
            </w:r>
          </w:p>
        </w:tc>
      </w:tr>
      <w:tr>
        <w:trPr>
          <w:trHeight w:val="490"/>
        </w:trPr>
        <w:tc>
          <w:tcPr>
            <w:tcW w:type="dxa" w:w="2592"/>
            <w:vAlign w:val="center"/>
            <w:tcMar>
              <w:top w:w="80" w:type="dxa"/>
              <w:left w:w="80" w:type="dxa"/>
              <w:bottom w:w="80" w:type="dxa"/>
              <w:right w:w="80" w:type="dxa"/>
            </w:tcMar>
          </w:tcPr>
          <w:p>
            <w:pPr>
              <w:spacing w:after="40" w:line="252" w:lineRule="auto"/>
            </w:pPr>
            <w:sdt>
              <w:sdtPr>
                <w:alias w:val="Table 1 row 1 College or university"/>
                <w:tag w:val="Table 1 row 1 College or university"/>
                <w:id w:val="10118"/>
                <w:text/>
                <w:showingPlcHdr/>
              </w:sdtPr>
              <w:sdtContent>
                <w:r>
                  <w:rPr>
                    <w:shd w:fill="EDF3FC"/>
                  </w:rPr>
                  <w:t xml:space="preserve">[Type here]</w:t>
                </w:r>
              </w:sdtContent>
            </w:sdt>
          </w:p>
        </w:tc>
        <w:tc>
          <w:tcPr>
            <w:tcW w:type="dxa" w:w="1800"/>
            <w:vAlign w:val="center"/>
            <w:tcMar>
              <w:top w:w="80" w:type="dxa"/>
              <w:left w:w="80" w:type="dxa"/>
              <w:bottom w:w="80" w:type="dxa"/>
              <w:right w:w="80" w:type="dxa"/>
            </w:tcMar>
          </w:tcPr>
          <w:p>
            <w:pPr>
              <w:spacing w:after="40" w:line="252" w:lineRule="auto"/>
            </w:pPr>
            <w:sdt>
              <w:sdtPr>
                <w:alias w:val="Table 1 row 1 Location"/>
                <w:tag w:val="Table 1 row 1 Location"/>
                <w:id w:val="10119"/>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1 row 1 Attendance from and to"/>
                <w:tag w:val="Table 1 row 1 Attendance from and to"/>
                <w:id w:val="10120"/>
                <w:text/>
                <w:showingPlcHdr/>
              </w:sdtPr>
              <w:sdtContent>
                <w:r>
                  <w:rPr>
                    <w:shd w:fill="EDF3FC"/>
                  </w:rPr>
                  <w:t xml:space="preserve">[Type here]</w:t>
                </w:r>
              </w:sdtContent>
            </w:sdt>
          </w:p>
        </w:tc>
        <w:tc>
          <w:tcPr>
            <w:tcW w:type="dxa" w:w="2232"/>
            <w:vAlign w:val="center"/>
            <w:tcMar>
              <w:top w:w="80" w:type="dxa"/>
              <w:left w:w="80" w:type="dxa"/>
              <w:bottom w:w="80" w:type="dxa"/>
              <w:right w:w="80" w:type="dxa"/>
            </w:tcMar>
          </w:tcPr>
          <w:p>
            <w:pPr>
              <w:spacing w:after="40" w:line="252" w:lineRule="auto"/>
            </w:pPr>
            <w:sdt>
              <w:sdtPr>
                <w:alias w:val="Table 1 row 1 Major and minor"/>
                <w:tag w:val="Table 1 row 1 Major and minor"/>
                <w:id w:val="10121"/>
                <w:text/>
                <w:showingPlcHdr/>
              </w:sdtPr>
              <w:sdtContent>
                <w:r>
                  <w:rPr>
                    <w:shd w:fill="EDF3FC"/>
                  </w:rPr>
                  <w:t xml:space="preserve">[Type here]</w:t>
                </w:r>
              </w:sdtContent>
            </w:sdt>
          </w:p>
        </w:tc>
        <w:tc>
          <w:tcPr>
            <w:tcW w:type="dxa" w:w="1656"/>
            <w:vAlign w:val="center"/>
            <w:tcMar>
              <w:top w:w="80" w:type="dxa"/>
              <w:left w:w="80" w:type="dxa"/>
              <w:bottom w:w="80" w:type="dxa"/>
              <w:right w:w="80" w:type="dxa"/>
            </w:tcMar>
          </w:tcPr>
          <w:p>
            <w:pPr>
              <w:spacing w:after="40" w:line="252" w:lineRule="auto"/>
            </w:pPr>
            <w:sdt>
              <w:sdtPr>
                <w:alias w:val="Table 1 row 1 Degree"/>
                <w:tag w:val="Table 1 row 1 Degree"/>
                <w:id w:val="10122"/>
                <w:text/>
                <w:showingPlcHdr/>
              </w:sdtPr>
              <w:sdtContent>
                <w:r>
                  <w:rPr>
                    <w:shd w:fill="EDF3FC"/>
                  </w:rPr>
                  <w:t xml:space="preserve">[Type here]</w:t>
                </w:r>
              </w:sdtContent>
            </w:sdt>
          </w:p>
        </w:tc>
      </w:tr>
      <w:tr>
        <w:trPr>
          <w:trHeight w:val="490"/>
        </w:trPr>
        <w:tc>
          <w:tcPr>
            <w:tcW w:type="dxa" w:w="2592"/>
            <w:vAlign w:val="center"/>
            <w:tcMar>
              <w:top w:w="80" w:type="dxa"/>
              <w:left w:w="80" w:type="dxa"/>
              <w:bottom w:w="80" w:type="dxa"/>
              <w:right w:w="80" w:type="dxa"/>
            </w:tcMar>
          </w:tcPr>
          <w:p>
            <w:pPr>
              <w:spacing w:after="40" w:line="252" w:lineRule="auto"/>
            </w:pPr>
            <w:sdt>
              <w:sdtPr>
                <w:alias w:val="Table 1 row 2 College or university"/>
                <w:tag w:val="Table 1 row 2 College or university"/>
                <w:id w:val="10123"/>
                <w:text/>
                <w:showingPlcHdr/>
              </w:sdtPr>
              <w:sdtContent>
                <w:r>
                  <w:rPr>
                    <w:shd w:fill="EDF3FC"/>
                  </w:rPr>
                  <w:t xml:space="preserve">[Type here]</w:t>
                </w:r>
              </w:sdtContent>
            </w:sdt>
          </w:p>
        </w:tc>
        <w:tc>
          <w:tcPr>
            <w:tcW w:type="dxa" w:w="1800"/>
            <w:vAlign w:val="center"/>
            <w:tcMar>
              <w:top w:w="80" w:type="dxa"/>
              <w:left w:w="80" w:type="dxa"/>
              <w:bottom w:w="80" w:type="dxa"/>
              <w:right w:w="80" w:type="dxa"/>
            </w:tcMar>
          </w:tcPr>
          <w:p>
            <w:pPr>
              <w:spacing w:after="40" w:line="252" w:lineRule="auto"/>
            </w:pPr>
            <w:sdt>
              <w:sdtPr>
                <w:alias w:val="Table 1 row 2 Location"/>
                <w:tag w:val="Table 1 row 2 Location"/>
                <w:id w:val="10124"/>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1 row 2 Attendance from and to"/>
                <w:tag w:val="Table 1 row 2 Attendance from and to"/>
                <w:id w:val="10125"/>
                <w:text/>
                <w:showingPlcHdr/>
              </w:sdtPr>
              <w:sdtContent>
                <w:r>
                  <w:rPr>
                    <w:shd w:fill="EDF3FC"/>
                  </w:rPr>
                  <w:t xml:space="preserve">[Type here]</w:t>
                </w:r>
              </w:sdtContent>
            </w:sdt>
          </w:p>
        </w:tc>
        <w:tc>
          <w:tcPr>
            <w:tcW w:type="dxa" w:w="2232"/>
            <w:vAlign w:val="center"/>
            <w:tcMar>
              <w:top w:w="80" w:type="dxa"/>
              <w:left w:w="80" w:type="dxa"/>
              <w:bottom w:w="80" w:type="dxa"/>
              <w:right w:w="80" w:type="dxa"/>
            </w:tcMar>
          </w:tcPr>
          <w:p>
            <w:pPr>
              <w:spacing w:after="40" w:line="252" w:lineRule="auto"/>
            </w:pPr>
            <w:sdt>
              <w:sdtPr>
                <w:alias w:val="Table 1 row 2 Major and minor"/>
                <w:tag w:val="Table 1 row 2 Major and minor"/>
                <w:id w:val="10126"/>
                <w:text/>
                <w:showingPlcHdr/>
              </w:sdtPr>
              <w:sdtContent>
                <w:r>
                  <w:rPr>
                    <w:shd w:fill="EDF3FC"/>
                  </w:rPr>
                  <w:t xml:space="preserve">[Type here]</w:t>
                </w:r>
              </w:sdtContent>
            </w:sdt>
          </w:p>
        </w:tc>
        <w:tc>
          <w:tcPr>
            <w:tcW w:type="dxa" w:w="1656"/>
            <w:vAlign w:val="center"/>
            <w:tcMar>
              <w:top w:w="80" w:type="dxa"/>
              <w:left w:w="80" w:type="dxa"/>
              <w:bottom w:w="80" w:type="dxa"/>
              <w:right w:w="80" w:type="dxa"/>
            </w:tcMar>
          </w:tcPr>
          <w:p>
            <w:pPr>
              <w:spacing w:after="40" w:line="252" w:lineRule="auto"/>
            </w:pPr>
            <w:sdt>
              <w:sdtPr>
                <w:alias w:val="Table 1 row 2 Degree"/>
                <w:tag w:val="Table 1 row 2 Degree"/>
                <w:id w:val="10127"/>
                <w:text/>
                <w:showingPlcHdr/>
              </w:sdtPr>
              <w:sdtContent>
                <w:r>
                  <w:rPr>
                    <w:shd w:fill="EDF3FC"/>
                  </w:rPr>
                  <w:t xml:space="preserve">[Type here]</w:t>
                </w:r>
              </w:sdtContent>
            </w:sdt>
          </w:p>
        </w:tc>
      </w:tr>
      <w:tr>
        <w:trPr>
          <w:trHeight w:val="490"/>
        </w:trPr>
        <w:tc>
          <w:tcPr>
            <w:tcW w:type="dxa" w:w="2592"/>
            <w:vAlign w:val="center"/>
            <w:tcMar>
              <w:top w:w="80" w:type="dxa"/>
              <w:left w:w="80" w:type="dxa"/>
              <w:bottom w:w="80" w:type="dxa"/>
              <w:right w:w="80" w:type="dxa"/>
            </w:tcMar>
          </w:tcPr>
          <w:p>
            <w:pPr>
              <w:spacing w:after="40" w:line="252" w:lineRule="auto"/>
            </w:pPr>
            <w:sdt>
              <w:sdtPr>
                <w:alias w:val="Table 1 row 3 College or university"/>
                <w:tag w:val="Table 1 row 3 College or university"/>
                <w:id w:val="10128"/>
                <w:text/>
                <w:showingPlcHdr/>
              </w:sdtPr>
              <w:sdtContent>
                <w:r>
                  <w:rPr>
                    <w:shd w:fill="EDF3FC"/>
                  </w:rPr>
                  <w:t xml:space="preserve">[Type here]</w:t>
                </w:r>
              </w:sdtContent>
            </w:sdt>
          </w:p>
        </w:tc>
        <w:tc>
          <w:tcPr>
            <w:tcW w:type="dxa" w:w="1800"/>
            <w:vAlign w:val="center"/>
            <w:tcMar>
              <w:top w:w="80" w:type="dxa"/>
              <w:left w:w="80" w:type="dxa"/>
              <w:bottom w:w="80" w:type="dxa"/>
              <w:right w:w="80" w:type="dxa"/>
            </w:tcMar>
          </w:tcPr>
          <w:p>
            <w:pPr>
              <w:spacing w:after="40" w:line="252" w:lineRule="auto"/>
            </w:pPr>
            <w:sdt>
              <w:sdtPr>
                <w:alias w:val="Table 1 row 3 Location"/>
                <w:tag w:val="Table 1 row 3 Location"/>
                <w:id w:val="10129"/>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1 row 3 Attendance from and to"/>
                <w:tag w:val="Table 1 row 3 Attendance from and to"/>
                <w:id w:val="10130"/>
                <w:text/>
                <w:showingPlcHdr/>
              </w:sdtPr>
              <w:sdtContent>
                <w:r>
                  <w:rPr>
                    <w:shd w:fill="EDF3FC"/>
                  </w:rPr>
                  <w:t xml:space="preserve">[Type here]</w:t>
                </w:r>
              </w:sdtContent>
            </w:sdt>
          </w:p>
        </w:tc>
        <w:tc>
          <w:tcPr>
            <w:tcW w:type="dxa" w:w="2232"/>
            <w:vAlign w:val="center"/>
            <w:tcMar>
              <w:top w:w="80" w:type="dxa"/>
              <w:left w:w="80" w:type="dxa"/>
              <w:bottom w:w="80" w:type="dxa"/>
              <w:right w:w="80" w:type="dxa"/>
            </w:tcMar>
          </w:tcPr>
          <w:p>
            <w:pPr>
              <w:spacing w:after="40" w:line="252" w:lineRule="auto"/>
            </w:pPr>
            <w:sdt>
              <w:sdtPr>
                <w:alias w:val="Table 1 row 3 Major and minor"/>
                <w:tag w:val="Table 1 row 3 Major and minor"/>
                <w:id w:val="10131"/>
                <w:text/>
                <w:showingPlcHdr/>
              </w:sdtPr>
              <w:sdtContent>
                <w:r>
                  <w:rPr>
                    <w:shd w:fill="EDF3FC"/>
                  </w:rPr>
                  <w:t xml:space="preserve">[Type here]</w:t>
                </w:r>
              </w:sdtContent>
            </w:sdt>
          </w:p>
        </w:tc>
        <w:tc>
          <w:tcPr>
            <w:tcW w:type="dxa" w:w="1656"/>
            <w:vAlign w:val="center"/>
            <w:tcMar>
              <w:top w:w="80" w:type="dxa"/>
              <w:left w:w="80" w:type="dxa"/>
              <w:bottom w:w="80" w:type="dxa"/>
              <w:right w:w="80" w:type="dxa"/>
            </w:tcMar>
          </w:tcPr>
          <w:p>
            <w:pPr>
              <w:spacing w:after="40" w:line="252" w:lineRule="auto"/>
            </w:pPr>
            <w:sdt>
              <w:sdtPr>
                <w:alias w:val="Table 1 row 3 Degree"/>
                <w:tag w:val="Table 1 row 3 Degree"/>
                <w:id w:val="10132"/>
                <w:text/>
                <w:showingPlcHdr/>
              </w:sdtPr>
              <w:sdtContent>
                <w:r>
                  <w:rPr>
                    <w:shd w:fill="EDF3FC"/>
                  </w:rPr>
                  <w:t xml:space="preserve">[Type here]</w:t>
                </w:r>
              </w:sdtContent>
            </w:sdt>
          </w:p>
        </w:tc>
      </w:tr>
      <w:tr>
        <w:trPr>
          <w:trHeight w:val="490"/>
        </w:trPr>
        <w:tc>
          <w:tcPr>
            <w:tcW w:type="dxa" w:w="2592"/>
            <w:vAlign w:val="center"/>
            <w:tcMar>
              <w:top w:w="80" w:type="dxa"/>
              <w:left w:w="80" w:type="dxa"/>
              <w:bottom w:w="80" w:type="dxa"/>
              <w:right w:w="80" w:type="dxa"/>
            </w:tcMar>
          </w:tcPr>
          <w:p>
            <w:pPr>
              <w:spacing w:after="40" w:line="252" w:lineRule="auto"/>
            </w:pPr>
            <w:sdt>
              <w:sdtPr>
                <w:alias w:val="Table 1 row 4 College or university"/>
                <w:tag w:val="Table 1 row 4 College or university"/>
                <w:id w:val="10133"/>
                <w:text/>
                <w:showingPlcHdr/>
              </w:sdtPr>
              <w:sdtContent>
                <w:r>
                  <w:rPr>
                    <w:shd w:fill="EDF3FC"/>
                  </w:rPr>
                  <w:t xml:space="preserve">[Type here]</w:t>
                </w:r>
              </w:sdtContent>
            </w:sdt>
          </w:p>
        </w:tc>
        <w:tc>
          <w:tcPr>
            <w:tcW w:type="dxa" w:w="1800"/>
            <w:vAlign w:val="center"/>
            <w:tcMar>
              <w:top w:w="80" w:type="dxa"/>
              <w:left w:w="80" w:type="dxa"/>
              <w:bottom w:w="80" w:type="dxa"/>
              <w:right w:w="80" w:type="dxa"/>
            </w:tcMar>
          </w:tcPr>
          <w:p>
            <w:pPr>
              <w:spacing w:after="40" w:line="252" w:lineRule="auto"/>
            </w:pPr>
            <w:sdt>
              <w:sdtPr>
                <w:alias w:val="Table 1 row 4 Location"/>
                <w:tag w:val="Table 1 row 4 Location"/>
                <w:id w:val="10134"/>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1 row 4 Attendance from and to"/>
                <w:tag w:val="Table 1 row 4 Attendance from and to"/>
                <w:id w:val="10135"/>
                <w:text/>
                <w:showingPlcHdr/>
              </w:sdtPr>
              <w:sdtContent>
                <w:r>
                  <w:rPr>
                    <w:shd w:fill="EDF3FC"/>
                  </w:rPr>
                  <w:t xml:space="preserve">[Type here]</w:t>
                </w:r>
              </w:sdtContent>
            </w:sdt>
          </w:p>
        </w:tc>
        <w:tc>
          <w:tcPr>
            <w:tcW w:type="dxa" w:w="2232"/>
            <w:vAlign w:val="center"/>
            <w:tcMar>
              <w:top w:w="80" w:type="dxa"/>
              <w:left w:w="80" w:type="dxa"/>
              <w:bottom w:w="80" w:type="dxa"/>
              <w:right w:w="80" w:type="dxa"/>
            </w:tcMar>
          </w:tcPr>
          <w:p>
            <w:pPr>
              <w:spacing w:after="40" w:line="252" w:lineRule="auto"/>
            </w:pPr>
            <w:sdt>
              <w:sdtPr>
                <w:alias w:val="Table 1 row 4 Major and minor"/>
                <w:tag w:val="Table 1 row 4 Major and minor"/>
                <w:id w:val="10136"/>
                <w:text/>
                <w:showingPlcHdr/>
              </w:sdtPr>
              <w:sdtContent>
                <w:r>
                  <w:rPr>
                    <w:shd w:fill="EDF3FC"/>
                  </w:rPr>
                  <w:t xml:space="preserve">[Type here]</w:t>
                </w:r>
              </w:sdtContent>
            </w:sdt>
          </w:p>
        </w:tc>
        <w:tc>
          <w:tcPr>
            <w:tcW w:type="dxa" w:w="1656"/>
            <w:vAlign w:val="center"/>
            <w:tcMar>
              <w:top w:w="80" w:type="dxa"/>
              <w:left w:w="80" w:type="dxa"/>
              <w:bottom w:w="80" w:type="dxa"/>
              <w:right w:w="80" w:type="dxa"/>
            </w:tcMar>
          </w:tcPr>
          <w:p>
            <w:pPr>
              <w:spacing w:after="40" w:line="252" w:lineRule="auto"/>
            </w:pPr>
            <w:sdt>
              <w:sdtPr>
                <w:alias w:val="Table 1 row 4 Degree"/>
                <w:tag w:val="Table 1 row 4 Degree"/>
                <w:id w:val="10137"/>
                <w:text/>
                <w:showingPlcHdr/>
              </w:sdtPr>
              <w:sdtContent>
                <w:r>
                  <w:rPr>
                    <w:shd w:fill="EDF3FC"/>
                  </w:rPr>
                  <w:t xml:space="preserve">[Type here]</w:t>
                </w:r>
              </w:sdtContent>
            </w:sdt>
          </w:p>
        </w:tc>
      </w:tr>
    </w:tbl>
    <w:p>
      <w:pPr>
        <w:spacing w:after="100" w:line="259" w:lineRule="auto"/>
      </w:pPr>
      <w:r>
        <w:t xml:space="preserve">Undergraduate grade point average </w:t>
      </w:r>
      <w:sdt>
        <w:sdtPr>
          <w:alias w:val="22 Undergraduate grade point average 18"/>
          <w:tag w:val="22 Undergraduate grade point average 18"/>
          <w:id w:val="10019"/>
          <w:text/>
          <w:showingPlcHdr/>
        </w:sdtPr>
        <w:sdtContent>
          <w:r>
            <w:rPr>
              <w:shd w:fill="EDF3FC"/>
            </w:rPr>
            <w:t xml:space="preserve">Click to enter                                                                               </w:t>
          </w:r>
        </w:sdtContent>
      </w:sdt>
    </w:p>
    <w:tbl>
      <w:tblPr>
        <w:tblStyle w:val="TableGrid"/>
        <w:tblW w:type="auto" w:w="0"/>
        <w:tblLayout w:type="fixed"/>
        <w:tblLook w:firstColumn="1" w:firstRow="1" w:lastColumn="0" w:lastRow="0" w:noHBand="0" w:noVBand="1" w:val="04A0"/>
      </w:tblPr>
      <w:tblGrid>
        <w:gridCol w:w="3834"/>
        <w:gridCol w:w="1278"/>
        <w:gridCol w:w="3834"/>
        <w:gridCol w:w="1278"/>
      </w:tblGrid>
      <w:tr>
        <w:tc>
          <w:tcPr>
            <w:tcW w:type="dxa" w:w="3834"/>
            <w:shd w:fill="EEEEEE"/>
            <w:vAlign w:val="center"/>
            <w:tcMar>
              <w:top w:w="80" w:type="dxa"/>
              <w:left w:w="80" w:type="dxa"/>
              <w:bottom w:w="80" w:type="dxa"/>
              <w:right w:w="80" w:type="dxa"/>
            </w:tcMar>
          </w:tcPr>
          <w:p>
            <w:pPr>
              <w:spacing w:after="40" w:line="252" w:lineRule="auto"/>
            </w:pPr>
            <w:r>
              <w:rPr>
                <w:rFonts w:ascii="Arial" w:hAnsi="Arial"/>
                <w:b/>
                <w:sz w:val="20"/>
              </w:rPr>
              <w:t>NTE examination</w:t>
            </w:r>
          </w:p>
        </w:tc>
        <w:tc>
          <w:tcPr>
            <w:tcW w:type="dxa" w:w="1278"/>
            <w:shd w:fill="EEEEEE"/>
            <w:vAlign w:val="center"/>
            <w:tcMar>
              <w:top w:w="80" w:type="dxa"/>
              <w:left w:w="80" w:type="dxa"/>
              <w:bottom w:w="80" w:type="dxa"/>
              <w:right w:w="80" w:type="dxa"/>
            </w:tcMar>
          </w:tcPr>
          <w:p>
            <w:pPr>
              <w:spacing w:after="40" w:line="252" w:lineRule="auto"/>
            </w:pPr>
            <w:r>
              <w:rPr>
                <w:rFonts w:ascii="Arial" w:hAnsi="Arial"/>
                <w:b/>
                <w:sz w:val="20"/>
              </w:rPr>
              <w:t>Score</w:t>
            </w:r>
          </w:p>
        </w:tc>
        <w:tc>
          <w:tcPr>
            <w:tcW w:type="dxa" w:w="3834"/>
            <w:shd w:fill="EEEEEE"/>
            <w:vAlign w:val="center"/>
            <w:tcMar>
              <w:top w:w="80" w:type="dxa"/>
              <w:left w:w="80" w:type="dxa"/>
              <w:bottom w:w="80" w:type="dxa"/>
              <w:right w:w="80" w:type="dxa"/>
            </w:tcMar>
          </w:tcPr>
          <w:p>
            <w:pPr>
              <w:spacing w:after="40" w:line="252" w:lineRule="auto"/>
            </w:pPr>
            <w:r>
              <w:rPr>
                <w:rFonts w:ascii="Arial" w:hAnsi="Arial"/>
                <w:b/>
                <w:sz w:val="20"/>
              </w:rPr>
              <w:t>Praxis examination</w:t>
            </w:r>
          </w:p>
        </w:tc>
        <w:tc>
          <w:tcPr>
            <w:tcW w:type="dxa" w:w="1278"/>
            <w:shd w:fill="EEEEEE"/>
            <w:vAlign w:val="center"/>
            <w:tcMar>
              <w:top w:w="80" w:type="dxa"/>
              <w:left w:w="80" w:type="dxa"/>
              <w:bottom w:w="80" w:type="dxa"/>
              <w:right w:w="80" w:type="dxa"/>
            </w:tcMar>
          </w:tcPr>
          <w:p>
            <w:pPr>
              <w:spacing w:after="40" w:line="252" w:lineRule="auto"/>
            </w:pPr>
            <w:r>
              <w:rPr>
                <w:rFonts w:ascii="Arial" w:hAnsi="Arial"/>
                <w:b/>
                <w:sz w:val="20"/>
              </w:rPr>
              <w:t>Score</w:t>
            </w:r>
          </w:p>
        </w:tc>
      </w:tr>
      <w:tr>
        <w:trPr>
          <w:trHeight w:val="418"/>
        </w:trPr>
        <w:tc>
          <w:tcPr>
            <w:tcW w:type="dxa" w:w="3834"/>
            <w:vAlign w:val="center"/>
            <w:tcMar>
              <w:top w:w="80" w:type="dxa"/>
              <w:left w:w="80" w:type="dxa"/>
              <w:bottom w:w="80" w:type="dxa"/>
              <w:right w:w="80" w:type="dxa"/>
            </w:tcMar>
          </w:tcPr>
          <w:p>
            <w:pPr>
              <w:spacing w:after="40" w:line="252" w:lineRule="auto"/>
            </w:pPr>
            <w:r>
              <w:rPr>
                <w:rFonts w:ascii="Arial" w:hAnsi="Arial"/>
                <w:sz w:val="20"/>
              </w:rPr>
              <w:t>Specialty Area</w:t>
            </w:r>
          </w:p>
        </w:tc>
        <w:tc>
          <w:tcPr>
            <w:tcW w:type="dxa" w:w="1278"/>
            <w:vAlign w:val="center"/>
            <w:tcMar>
              <w:top w:w="80" w:type="dxa"/>
              <w:left w:w="80" w:type="dxa"/>
              <w:bottom w:w="80" w:type="dxa"/>
              <w:right w:w="80" w:type="dxa"/>
            </w:tcMar>
          </w:tcPr>
          <w:p>
            <w:pPr>
              <w:spacing w:after="40" w:line="252" w:lineRule="auto"/>
            </w:pPr>
            <w:sdt>
              <w:sdtPr>
                <w:alias w:val="Table 2 row 1 Score"/>
                <w:tag w:val="Table 2 row 1 Score"/>
                <w:id w:val="10138"/>
                <w:text/>
                <w:showingPlcHdr/>
              </w:sdtPr>
              <w:sdtContent>
                <w:r>
                  <w:rPr>
                    <w:shd w:fill="EDF3FC"/>
                  </w:rPr>
                  <w:t xml:space="preserve">[Type here]</w:t>
                </w:r>
              </w:sdtContent>
            </w:sdt>
          </w:p>
        </w:tc>
        <w:tc>
          <w:tcPr>
            <w:tcW w:type="dxa" w:w="3834"/>
            <w:vAlign w:val="center"/>
            <w:tcMar>
              <w:top w:w="80" w:type="dxa"/>
              <w:left w:w="80" w:type="dxa"/>
              <w:bottom w:w="80" w:type="dxa"/>
              <w:right w:w="80" w:type="dxa"/>
            </w:tcMar>
          </w:tcPr>
          <w:p>
            <w:pPr>
              <w:spacing w:after="40" w:line="252" w:lineRule="auto"/>
            </w:pPr>
            <w:r>
              <w:rPr>
                <w:rFonts w:ascii="Arial" w:hAnsi="Arial"/>
                <w:sz w:val="20"/>
              </w:rPr>
              <w:t>Area</w:t>
            </w:r>
          </w:p>
        </w:tc>
        <w:tc>
          <w:tcPr>
            <w:tcW w:type="dxa" w:w="1278"/>
            <w:vAlign w:val="center"/>
            <w:tcMar>
              <w:top w:w="80" w:type="dxa"/>
              <w:left w:w="80" w:type="dxa"/>
              <w:bottom w:w="80" w:type="dxa"/>
              <w:right w:w="80" w:type="dxa"/>
            </w:tcMar>
          </w:tcPr>
          <w:p>
            <w:pPr>
              <w:spacing w:after="40" w:line="252" w:lineRule="auto"/>
            </w:pPr>
            <w:sdt>
              <w:sdtPr>
                <w:alias w:val="Table 2 row 1 Score"/>
                <w:tag w:val="Table 2 row 1 Score"/>
                <w:id w:val="10139"/>
                <w:text/>
                <w:showingPlcHdr/>
              </w:sdtPr>
              <w:sdtContent>
                <w:r>
                  <w:rPr>
                    <w:shd w:fill="EDF3FC"/>
                  </w:rPr>
                  <w:t xml:space="preserve">[Type here]</w:t>
                </w:r>
              </w:sdtContent>
            </w:sdt>
          </w:p>
        </w:tc>
      </w:tr>
      <w:tr>
        <w:trPr>
          <w:trHeight w:val="418"/>
        </w:trPr>
        <w:tc>
          <w:tcPr>
            <w:tcW w:type="dxa" w:w="3834"/>
            <w:vAlign w:val="center"/>
            <w:tcMar>
              <w:top w:w="80" w:type="dxa"/>
              <w:left w:w="80" w:type="dxa"/>
              <w:bottom w:w="80" w:type="dxa"/>
              <w:right w:w="80" w:type="dxa"/>
            </w:tcMar>
          </w:tcPr>
          <w:p>
            <w:pPr>
              <w:spacing w:after="40" w:line="252" w:lineRule="auto"/>
            </w:pPr>
            <w:r>
              <w:rPr>
                <w:rFonts w:ascii="Arial" w:hAnsi="Arial"/>
                <w:sz w:val="20"/>
              </w:rPr>
              <w:t>General Knowledge</w:t>
            </w:r>
          </w:p>
        </w:tc>
        <w:tc>
          <w:tcPr>
            <w:tcW w:type="dxa" w:w="1278"/>
            <w:vAlign w:val="center"/>
            <w:tcMar>
              <w:top w:w="80" w:type="dxa"/>
              <w:left w:w="80" w:type="dxa"/>
              <w:bottom w:w="80" w:type="dxa"/>
              <w:right w:w="80" w:type="dxa"/>
            </w:tcMar>
          </w:tcPr>
          <w:p>
            <w:pPr>
              <w:spacing w:after="40" w:line="252" w:lineRule="auto"/>
            </w:pPr>
            <w:sdt>
              <w:sdtPr>
                <w:alias w:val="Table 2 row 2 Score"/>
                <w:tag w:val="Table 2 row 2 Score"/>
                <w:id w:val="10140"/>
                <w:text/>
                <w:showingPlcHdr/>
              </w:sdtPr>
              <w:sdtContent>
                <w:r>
                  <w:rPr>
                    <w:shd w:fill="EDF3FC"/>
                  </w:rPr>
                  <w:t xml:space="preserve">[Type here]</w:t>
                </w:r>
              </w:sdtContent>
            </w:sdt>
          </w:p>
        </w:tc>
        <w:tc>
          <w:tcPr>
            <w:tcW w:type="dxa" w:w="3834"/>
            <w:vAlign w:val="center"/>
            <w:tcMar>
              <w:top w:w="80" w:type="dxa"/>
              <w:left w:w="80" w:type="dxa"/>
              <w:bottom w:w="80" w:type="dxa"/>
              <w:right w:w="80" w:type="dxa"/>
            </w:tcMar>
          </w:tcPr>
          <w:p>
            <w:pPr>
              <w:spacing w:after="40" w:line="252" w:lineRule="auto"/>
            </w:pPr>
            <w:r>
              <w:rPr>
                <w:rFonts w:ascii="Arial" w:hAnsi="Arial"/>
                <w:sz w:val="20"/>
              </w:rPr>
              <w:t>PPST Mathematics</w:t>
            </w:r>
          </w:p>
        </w:tc>
        <w:tc>
          <w:tcPr>
            <w:tcW w:type="dxa" w:w="1278"/>
            <w:vAlign w:val="center"/>
            <w:tcMar>
              <w:top w:w="80" w:type="dxa"/>
              <w:left w:w="80" w:type="dxa"/>
              <w:bottom w:w="80" w:type="dxa"/>
              <w:right w:w="80" w:type="dxa"/>
            </w:tcMar>
          </w:tcPr>
          <w:p>
            <w:pPr>
              <w:spacing w:after="40" w:line="252" w:lineRule="auto"/>
            </w:pPr>
            <w:sdt>
              <w:sdtPr>
                <w:alias w:val="Table 2 row 2 Score"/>
                <w:tag w:val="Table 2 row 2 Score"/>
                <w:id w:val="10141"/>
                <w:text/>
                <w:showingPlcHdr/>
              </w:sdtPr>
              <w:sdtContent>
                <w:r>
                  <w:rPr>
                    <w:shd w:fill="EDF3FC"/>
                  </w:rPr>
                  <w:t xml:space="preserve">[Type here]</w:t>
                </w:r>
              </w:sdtContent>
            </w:sdt>
          </w:p>
        </w:tc>
      </w:tr>
      <w:tr>
        <w:trPr>
          <w:trHeight w:val="418"/>
        </w:trPr>
        <w:tc>
          <w:tcPr>
            <w:tcW w:type="dxa" w:w="3834"/>
            <w:vAlign w:val="center"/>
            <w:tcMar>
              <w:top w:w="80" w:type="dxa"/>
              <w:left w:w="80" w:type="dxa"/>
              <w:bottom w:w="80" w:type="dxa"/>
              <w:right w:w="80" w:type="dxa"/>
            </w:tcMar>
          </w:tcPr>
          <w:p>
            <w:pPr>
              <w:spacing w:after="40" w:line="252" w:lineRule="auto"/>
            </w:pPr>
            <w:r>
              <w:rPr>
                <w:rFonts w:ascii="Arial" w:hAnsi="Arial"/>
                <w:sz w:val="20"/>
              </w:rPr>
              <w:t>Communication Skills</w:t>
            </w:r>
          </w:p>
        </w:tc>
        <w:tc>
          <w:tcPr>
            <w:tcW w:type="dxa" w:w="1278"/>
            <w:vAlign w:val="center"/>
            <w:tcMar>
              <w:top w:w="80" w:type="dxa"/>
              <w:left w:w="80" w:type="dxa"/>
              <w:bottom w:w="80" w:type="dxa"/>
              <w:right w:w="80" w:type="dxa"/>
            </w:tcMar>
          </w:tcPr>
          <w:p>
            <w:pPr>
              <w:spacing w:after="40" w:line="252" w:lineRule="auto"/>
            </w:pPr>
            <w:sdt>
              <w:sdtPr>
                <w:alias w:val="Table 2 row 3 Score"/>
                <w:tag w:val="Table 2 row 3 Score"/>
                <w:id w:val="10142"/>
                <w:text/>
                <w:showingPlcHdr/>
              </w:sdtPr>
              <w:sdtContent>
                <w:r>
                  <w:rPr>
                    <w:shd w:fill="EDF3FC"/>
                  </w:rPr>
                  <w:t xml:space="preserve">[Type here]</w:t>
                </w:r>
              </w:sdtContent>
            </w:sdt>
          </w:p>
        </w:tc>
        <w:tc>
          <w:tcPr>
            <w:tcW w:type="dxa" w:w="3834"/>
            <w:vAlign w:val="center"/>
            <w:tcMar>
              <w:top w:w="80" w:type="dxa"/>
              <w:left w:w="80" w:type="dxa"/>
              <w:bottom w:w="80" w:type="dxa"/>
              <w:right w:w="80" w:type="dxa"/>
            </w:tcMar>
          </w:tcPr>
          <w:p>
            <w:pPr>
              <w:spacing w:after="40" w:line="252" w:lineRule="auto"/>
            </w:pPr>
            <w:r>
              <w:rPr>
                <w:rFonts w:ascii="Arial" w:hAnsi="Arial"/>
                <w:sz w:val="20"/>
              </w:rPr>
              <w:t>PPST Reading</w:t>
            </w:r>
          </w:p>
        </w:tc>
        <w:tc>
          <w:tcPr>
            <w:tcW w:type="dxa" w:w="1278"/>
            <w:vAlign w:val="center"/>
            <w:tcMar>
              <w:top w:w="80" w:type="dxa"/>
              <w:left w:w="80" w:type="dxa"/>
              <w:bottom w:w="80" w:type="dxa"/>
              <w:right w:w="80" w:type="dxa"/>
            </w:tcMar>
          </w:tcPr>
          <w:p>
            <w:pPr>
              <w:spacing w:after="40" w:line="252" w:lineRule="auto"/>
            </w:pPr>
            <w:sdt>
              <w:sdtPr>
                <w:alias w:val="Table 2 row 3 Score"/>
                <w:tag w:val="Table 2 row 3 Score"/>
                <w:id w:val="10143"/>
                <w:text/>
                <w:showingPlcHdr/>
              </w:sdtPr>
              <w:sdtContent>
                <w:r>
                  <w:rPr>
                    <w:shd w:fill="EDF3FC"/>
                  </w:rPr>
                  <w:t xml:space="preserve">[Type here]</w:t>
                </w:r>
              </w:sdtContent>
            </w:sdt>
          </w:p>
        </w:tc>
      </w:tr>
      <w:tr>
        <w:trPr>
          <w:trHeight w:val="418"/>
        </w:trPr>
        <w:tc>
          <w:tcPr>
            <w:tcW w:type="dxa" w:w="3834"/>
            <w:vAlign w:val="center"/>
            <w:tcMar>
              <w:top w:w="80" w:type="dxa"/>
              <w:left w:w="80" w:type="dxa"/>
              <w:bottom w:w="80" w:type="dxa"/>
              <w:right w:w="80" w:type="dxa"/>
            </w:tcMar>
          </w:tcPr>
          <w:p>
            <w:pPr>
              <w:spacing w:after="40" w:line="252" w:lineRule="auto"/>
            </w:pPr>
            <w:r>
              <w:rPr>
                <w:rFonts w:ascii="Arial" w:hAnsi="Arial"/>
                <w:sz w:val="20"/>
              </w:rPr>
              <w:t>Professional Knowledge</w:t>
            </w:r>
          </w:p>
        </w:tc>
        <w:tc>
          <w:tcPr>
            <w:tcW w:type="dxa" w:w="1278"/>
            <w:vAlign w:val="center"/>
            <w:tcMar>
              <w:top w:w="80" w:type="dxa"/>
              <w:left w:w="80" w:type="dxa"/>
              <w:bottom w:w="80" w:type="dxa"/>
              <w:right w:w="80" w:type="dxa"/>
            </w:tcMar>
          </w:tcPr>
          <w:p>
            <w:pPr>
              <w:spacing w:after="40" w:line="252" w:lineRule="auto"/>
            </w:pPr>
            <w:sdt>
              <w:sdtPr>
                <w:alias w:val="Table 2 row 4 Score"/>
                <w:tag w:val="Table 2 row 4 Score"/>
                <w:id w:val="10144"/>
                <w:text/>
                <w:showingPlcHdr/>
              </w:sdtPr>
              <w:sdtContent>
                <w:r>
                  <w:rPr>
                    <w:shd w:fill="EDF3FC"/>
                  </w:rPr>
                  <w:t xml:space="preserve">[Type here]</w:t>
                </w:r>
              </w:sdtContent>
            </w:sdt>
          </w:p>
        </w:tc>
        <w:tc>
          <w:tcPr>
            <w:tcW w:type="dxa" w:w="3834"/>
            <w:vAlign w:val="center"/>
            <w:tcMar>
              <w:top w:w="80" w:type="dxa"/>
              <w:left w:w="80" w:type="dxa"/>
              <w:bottom w:w="80" w:type="dxa"/>
              <w:right w:w="80" w:type="dxa"/>
            </w:tcMar>
          </w:tcPr>
          <w:p>
            <w:pPr>
              <w:spacing w:after="40" w:line="252" w:lineRule="auto"/>
            </w:pPr>
            <w:r>
              <w:rPr>
                <w:rFonts w:ascii="Arial" w:hAnsi="Arial"/>
                <w:sz w:val="20"/>
              </w:rPr>
              <w:t>PPST Writing</w:t>
            </w:r>
          </w:p>
        </w:tc>
        <w:tc>
          <w:tcPr>
            <w:tcW w:type="dxa" w:w="1278"/>
            <w:vAlign w:val="center"/>
            <w:tcMar>
              <w:top w:w="80" w:type="dxa"/>
              <w:left w:w="80" w:type="dxa"/>
              <w:bottom w:w="80" w:type="dxa"/>
              <w:right w:w="80" w:type="dxa"/>
            </w:tcMar>
          </w:tcPr>
          <w:p>
            <w:pPr>
              <w:spacing w:after="40" w:line="252" w:lineRule="auto"/>
            </w:pPr>
            <w:sdt>
              <w:sdtPr>
                <w:alias w:val="Table 2 row 4 Score"/>
                <w:tag w:val="Table 2 row 4 Score"/>
                <w:id w:val="10145"/>
                <w:text/>
                <w:showingPlcHdr/>
              </w:sdtPr>
              <w:sdtContent>
                <w:r>
                  <w:rPr>
                    <w:shd w:fill="EDF3FC"/>
                  </w:rPr>
                  <w:t xml:space="preserve">[Type here]</w:t>
                </w:r>
              </w:sdtContent>
            </w:sdt>
          </w:p>
        </w:tc>
      </w:tr>
      <w:tr>
        <w:trPr>
          <w:trHeight w:val="418"/>
        </w:trPr>
        <w:tc>
          <w:tcPr>
            <w:tcW w:type="dxa" w:w="3834"/>
            <w:vAlign w:val="center"/>
            <w:tcMar>
              <w:top w:w="80" w:type="dxa"/>
              <w:left w:w="80" w:type="dxa"/>
              <w:bottom w:w="80" w:type="dxa"/>
              <w:right w:w="80" w:type="dxa"/>
            </w:tcMar>
          </w:tcPr>
          <w:p>
            <w:pPr>
              <w:spacing w:after="40" w:line="252" w:lineRule="auto"/>
            </w:pPr>
            <w:sdt>
              <w:sdtPr>
                <w:alias w:val="Table 2 row 5 NTE examination"/>
                <w:tag w:val="Table 2 row 5 NTE examination"/>
                <w:id w:val="10146"/>
                <w:text/>
                <w:showingPlcHdr/>
              </w:sdtPr>
              <w:sdtContent>
                <w:r>
                  <w:rPr>
                    <w:shd w:fill="EDF3FC"/>
                  </w:rPr>
                  <w:t xml:space="preserve">[Type here]</w:t>
                </w:r>
              </w:sdtContent>
            </w:sdt>
          </w:p>
        </w:tc>
        <w:tc>
          <w:tcPr>
            <w:tcW w:type="dxa" w:w="1278"/>
            <w:vAlign w:val="center"/>
            <w:tcMar>
              <w:top w:w="80" w:type="dxa"/>
              <w:left w:w="80" w:type="dxa"/>
              <w:bottom w:w="80" w:type="dxa"/>
              <w:right w:w="80" w:type="dxa"/>
            </w:tcMar>
          </w:tcPr>
          <w:p>
            <w:pPr>
              <w:spacing w:after="40" w:line="252" w:lineRule="auto"/>
            </w:pPr>
            <w:sdt>
              <w:sdtPr>
                <w:alias w:val="Table 2 row 5 Score"/>
                <w:tag w:val="Table 2 row 5 Score"/>
                <w:id w:val="10147"/>
                <w:text/>
                <w:showingPlcHdr/>
              </w:sdtPr>
              <w:sdtContent>
                <w:r>
                  <w:rPr>
                    <w:shd w:fill="EDF3FC"/>
                  </w:rPr>
                  <w:t xml:space="preserve">[Type here]</w:t>
                </w:r>
              </w:sdtContent>
            </w:sdt>
          </w:p>
        </w:tc>
        <w:tc>
          <w:tcPr>
            <w:tcW w:type="dxa" w:w="3834"/>
            <w:vAlign w:val="center"/>
            <w:tcMar>
              <w:top w:w="80" w:type="dxa"/>
              <w:left w:w="80" w:type="dxa"/>
              <w:bottom w:w="80" w:type="dxa"/>
              <w:right w:w="80" w:type="dxa"/>
            </w:tcMar>
          </w:tcPr>
          <w:p>
            <w:pPr>
              <w:spacing w:after="40" w:line="252" w:lineRule="auto"/>
            </w:pPr>
            <w:r>
              <w:rPr>
                <w:rFonts w:ascii="Arial" w:hAnsi="Arial"/>
                <w:sz w:val="20"/>
              </w:rPr>
              <w:t>PLT K–6 or PLT 7–12</w:t>
            </w:r>
          </w:p>
        </w:tc>
        <w:tc>
          <w:tcPr>
            <w:tcW w:type="dxa" w:w="1278"/>
            <w:vAlign w:val="center"/>
            <w:tcMar>
              <w:top w:w="80" w:type="dxa"/>
              <w:left w:w="80" w:type="dxa"/>
              <w:bottom w:w="80" w:type="dxa"/>
              <w:right w:w="80" w:type="dxa"/>
            </w:tcMar>
          </w:tcPr>
          <w:p>
            <w:pPr>
              <w:spacing w:after="40" w:line="252" w:lineRule="auto"/>
            </w:pPr>
            <w:sdt>
              <w:sdtPr>
                <w:alias w:val="Table 2 row 5 Score"/>
                <w:tag w:val="Table 2 row 5 Score"/>
                <w:id w:val="10148"/>
                <w:text/>
                <w:showingPlcHdr/>
              </w:sdtPr>
              <w:sdtContent>
                <w:r>
                  <w:rPr>
                    <w:shd w:fill="EDF3FC"/>
                  </w:rPr>
                  <w:t xml:space="preserve">[Type here]</w:t>
                </w:r>
              </w:sdtContent>
            </w:sdt>
          </w:p>
        </w:tc>
      </w:tr>
    </w:tbl>
    <w:p>
      <w:pPr>
        <w:spacing w:after="100" w:line="259" w:lineRule="auto"/>
      </w:pPr>
      <w:r>
        <w:rPr>
          <w:rFonts w:ascii="Arial" w:hAnsi="Arial"/>
          <w:b w:val="0"/>
          <w:sz w:val="22"/>
        </w:rPr>
        <w:t>College activities and honors</w:t>
      </w:r>
    </w:p>
    <w:p>
      <w:pPr>
        <w:spacing w:after="100" w:line="259" w:lineRule="auto"/>
      </w:pPr>
      <w:sdt>
        <w:sdtPr>
          <w:alias w:val="24 Additional response 19"/>
          <w:tag w:val="24 Additional response 19"/>
          <w:id w:val="10020"/>
          <w:text/>
          <w:showingPlcHdr/>
        </w:sdtPr>
        <w:sdtContent>
          <w:r>
            <w:rPr>
              <w:shd w:fill="EDF3FC"/>
            </w:rPr>
            <w:t xml:space="preserve">Click to enter                                                                                                                                         </w:t>
          </w:r>
        </w:sdtContent>
      </w:sdt>
    </w:p>
    <w:p>
      <w:pPr>
        <w:spacing w:after="100" w:line="259" w:lineRule="auto"/>
      </w:pPr>
      <w:sdt>
        <w:sdtPr>
          <w:alias w:val="25 Additional response 20"/>
          <w:tag w:val="25 Additional response 20"/>
          <w:id w:val="10021"/>
          <w:text/>
          <w:showingPlcHdr/>
        </w:sdtPr>
        <w:sdtContent>
          <w:r>
            <w:rPr>
              <w:shd w:fill="EDF3FC"/>
            </w:rPr>
            <w:t xml:space="preserve">Click to enter                                                                                                                                         </w:t>
          </w:r>
        </w:sdtContent>
      </w:sdt>
    </w:p>
    <w:p>
      <w:pPr>
        <w:spacing w:after="100" w:line="259" w:lineRule="auto"/>
      </w:pPr>
      <w:sdt>
        <w:sdtPr>
          <w:alias w:val="26 Additional response 21"/>
          <w:tag w:val="26 Additional response 21"/>
          <w:id w:val="10022"/>
          <w:text/>
          <w:showingPlcHdr/>
        </w:sdtPr>
        <w:sdtContent>
          <w:r>
            <w:rPr>
              <w:shd w:fill="EDF3FC"/>
            </w:rPr>
            <w:t xml:space="preserve">Click to enter                                                                                                                                         </w:t>
          </w:r>
        </w:sdtContent>
      </w:sdt>
    </w:p>
    <w:p>
      <w:pPr>
        <w:pStyle w:val="Heading1"/>
        <w:spacing w:before="240" w:after="100" w:line="259" w:lineRule="auto"/>
        <w:jc w:val="center"/>
      </w:pPr>
      <w:r>
        <w:rPr>
          <w:rFonts w:ascii="Arial" w:hAnsi="Arial"/>
          <w:sz w:val="26"/>
        </w:rPr>
        <w:t>Student Teaching</w:t>
      </w:r>
    </w:p>
    <w:p>
      <w:pPr>
        <w:spacing w:after="100" w:line="259" w:lineRule="auto"/>
      </w:pPr>
      <w:r>
        <w:rPr>
          <w:rFonts w:ascii="Arial" w:hAnsi="Arial"/>
          <w:b w:val="0"/>
          <w:sz w:val="22"/>
        </w:rPr>
        <w:t>Complete if you have fewer than three years of teaching experience.</w:t>
      </w:r>
    </w:p>
    <w:p>
      <w:pPr>
        <w:spacing w:after="100" w:line="259" w:lineRule="auto"/>
      </w:pPr>
      <w:r>
        <w:t xml:space="preserve">Grade or subject taught </w:t>
      </w:r>
      <w:sdt>
        <w:sdtPr>
          <w:alias w:val="29 Grade or subject taught 22"/>
          <w:tag w:val="29 Grade or subject taught 22"/>
          <w:id w:val="10023"/>
          <w:text/>
          <w:showingPlcHdr/>
        </w:sdtPr>
        <w:sdtContent>
          <w:r>
            <w:rPr>
              <w:shd w:fill="EDF3FC"/>
            </w:rPr>
            <w:t xml:space="preserve">Click to enter                                                                                                   </w:t>
          </w:r>
        </w:sdtContent>
      </w:sdt>
    </w:p>
    <w:p>
      <w:pPr>
        <w:spacing w:after="100" w:line="259" w:lineRule="auto"/>
      </w:pPr>
      <w:r>
        <w:t xml:space="preserve">School </w:t>
      </w:r>
      <w:sdt>
        <w:sdtPr>
          <w:alias w:val="30 School 23"/>
          <w:tag w:val="30 School 23"/>
          <w:id w:val="10024"/>
          <w:text/>
          <w:showingPlcHdr/>
        </w:sdtPr>
        <w:sdtContent>
          <w:r>
            <w:rPr>
              <w:shd w:fill="EDF3FC"/>
            </w:rPr>
            <w:t xml:space="preserve">Click to enter                                                                                                                             </w:t>
          </w:r>
        </w:sdtContent>
      </w:sdt>
    </w:p>
    <w:p>
      <w:pPr>
        <w:spacing w:after="100" w:line="259" w:lineRule="auto"/>
      </w:pPr>
      <w:r>
        <w:t xml:space="preserve">School address </w:t>
      </w:r>
      <w:sdt>
        <w:sdtPr>
          <w:alias w:val="31 School address 24"/>
          <w:tag w:val="31 School address 24"/>
          <w:id w:val="10025"/>
          <w:text/>
          <w:showingPlcHdr/>
        </w:sdtPr>
        <w:sdtContent>
          <w:r>
            <w:rPr>
              <w:shd w:fill="EDF3FC"/>
            </w:rPr>
            <w:t xml:space="preserve">Click to enter                                                                                                                 </w:t>
          </w:r>
        </w:sdtContent>
      </w:sdt>
    </w:p>
    <w:p>
      <w:pPr>
        <w:spacing w:after="100" w:line="259" w:lineRule="auto"/>
      </w:pPr>
      <w:r>
        <w:t xml:space="preserve">Supervising teacher </w:t>
      </w:r>
      <w:sdt>
        <w:sdtPr>
          <w:alias w:val="32 Supervising teacher 25"/>
          <w:tag w:val="32 Supervising teacher 25"/>
          <w:id w:val="10026"/>
          <w:text/>
          <w:showingPlcHdr/>
        </w:sdtPr>
        <w:sdtContent>
          <w:r>
            <w:rPr>
              <w:shd w:fill="EDF3FC"/>
            </w:rPr>
            <w:t xml:space="preserve">Click to enter                                                                                                         </w:t>
          </w:r>
        </w:sdtContent>
      </w:sdt>
    </w:p>
    <w:p>
      <w:pPr>
        <w:spacing w:after="100" w:line="259" w:lineRule="auto"/>
      </w:pPr>
      <w:r>
        <w:t xml:space="preserve">College supervisor </w:t>
      </w:r>
      <w:sdt>
        <w:sdtPr>
          <w:alias w:val="33 College supervisor 26"/>
          <w:tag w:val="33 College supervisor 26"/>
          <w:id w:val="10027"/>
          <w:text/>
          <w:showingPlcHdr/>
        </w:sdtPr>
        <w:sdtContent>
          <w:r>
            <w:rPr>
              <w:shd w:fill="EDF3FC"/>
            </w:rPr>
            <w:t xml:space="preserve">Click to enter                                                                                                           </w:t>
          </w:r>
        </w:sdtContent>
      </w:sdt>
    </w:p>
    <w:p>
      <w:pPr>
        <w:spacing w:after="100" w:line="259" w:lineRule="auto"/>
      </w:pPr>
      <w:r>
        <w:t xml:space="preserve">College supervisor address </w:t>
      </w:r>
      <w:sdt>
        <w:sdtPr>
          <w:alias w:val="34 College supervisor address 27"/>
          <w:tag w:val="34 College supervisor address 27"/>
          <w:id w:val="10028"/>
          <w:text/>
          <w:showingPlcHdr/>
        </w:sdtPr>
        <w:sdtContent>
          <w:r>
            <w:rPr>
              <w:shd w:fill="EDF3FC"/>
            </w:rPr>
            <w:t xml:space="preserve">Click to enter                                                                                             </w:t>
          </w:r>
        </w:sdtContent>
      </w:sdt>
    </w:p>
    <w:p>
      <w:pPr>
        <w:spacing w:after="100" w:line="259" w:lineRule="auto"/>
      </w:pPr>
      <w:r>
        <w:t xml:space="preserve">Student teaching grade </w:t>
      </w:r>
      <w:sdt>
        <w:sdtPr>
          <w:alias w:val="35 Student teaching grade 28"/>
          <w:tag w:val="35 Student teaching grade 28"/>
          <w:id w:val="10029"/>
          <w:text/>
          <w:showingPlcHdr/>
        </w:sdtPr>
        <w:sdtContent>
          <w:r>
            <w:rPr>
              <w:shd w:fill="EDF3FC"/>
            </w:rPr>
            <w:t xml:space="preserve">Click to enter                                                                                                   </w:t>
          </w:r>
        </w:sdtContent>
      </w:sdt>
    </w:p>
    <w:p>
      <w:pPr>
        <w:spacing w:after="100" w:line="259" w:lineRule="auto"/>
      </w:pPr>
      <w:r>
        <w:rPr>
          <w:rFonts w:ascii="Arial" w:hAnsi="Arial"/>
          <w:sz w:val="22"/>
        </w:rPr>
        <w:br w:type="page"/>
      </w:r>
    </w:p>
    <w:p>
      <w:pPr>
        <w:pStyle w:val="Heading1"/>
        <w:spacing w:before="240" w:after="200" w:line="259" w:lineRule="auto"/>
        <w:jc w:val="center"/>
      </w:pPr>
      <w:r>
        <w:rPr>
          <w:rFonts w:ascii="Arial" w:hAnsi="Arial"/>
          <w:sz w:val="36"/>
        </w:rPr>
        <w:t>Employment History</w:t>
      </w:r>
    </w:p>
    <w:p>
      <w:pPr>
        <w:spacing w:after="200" w:line="259" w:lineRule="auto"/>
      </w:pPr>
      <w:r>
        <w:t xml:space="preserve">Applicant name </w:t>
      </w:r>
      <w:sdt>
        <w:sdtPr>
          <w:alias w:val="38 Applicant name   Date 29"/>
          <w:tag w:val="38 Applicant name   Date 29"/>
          <w:id w:val="10030"/>
          <w:text/>
          <w:showingPlcHdr/>
        </w:sdtPr>
        <w:sdtContent>
          <w:r>
            <w:rPr>
              <w:shd w:fill="EDF3FC"/>
            </w:rPr>
            <w:t xml:space="preserve">Click to enter                                                                   </w:t>
          </w:r>
        </w:sdtContent>
      </w:sdt>
      <w:r>
        <w:t xml:space="preserve">  Date </w:t>
      </w:r>
      <w:sdt>
        <w:sdtPr>
          <w:alias w:val="38 Applicant name   Date 30"/>
          <w:tag w:val="38 Applicant name   Date 30"/>
          <w:id w:val="10031"/>
          <w:text/>
          <w:showingPlcHdr/>
        </w:sdtPr>
        <w:sdtContent>
          <w:r>
            <w:rPr>
              <w:shd w:fill="EDF3FC"/>
            </w:rPr>
            <w:t xml:space="preserve">Enter         </w:t>
          </w:r>
        </w:sdtContent>
      </w:sdt>
    </w:p>
    <w:p>
      <w:pPr>
        <w:pStyle w:val="Heading1"/>
        <w:spacing w:before="240" w:after="200" w:line="259" w:lineRule="auto"/>
        <w:jc w:val="center"/>
      </w:pPr>
      <w:r>
        <w:rPr>
          <w:rFonts w:ascii="Arial" w:hAnsi="Arial"/>
          <w:sz w:val="26"/>
        </w:rPr>
        <w:t>Teaching Experience</w:t>
      </w:r>
    </w:p>
    <w:p>
      <w:pPr>
        <w:spacing w:after="200" w:line="259" w:lineRule="auto"/>
      </w:pPr>
      <w:r>
        <w:rPr>
          <w:rFonts w:ascii="Arial" w:hAnsi="Arial"/>
          <w:b w:val="0"/>
          <w:sz w:val="22"/>
        </w:rPr>
        <w:t>List all teaching experience. Attach additional pages if needed.</w:t>
      </w:r>
    </w:p>
    <w:tbl>
      <w:tblPr>
        <w:tblStyle w:val="TableGrid"/>
        <w:tblW w:type="auto" w:w="0"/>
        <w:tblLayout w:type="fixed"/>
        <w:tblLook w:firstColumn="1" w:firstRow="1" w:lastColumn="0" w:lastRow="0" w:noHBand="0" w:noVBand="1" w:val="04A0"/>
      </w:tblPr>
      <w:tblGrid>
        <w:gridCol w:w="1872"/>
        <w:gridCol w:w="3024"/>
        <w:gridCol w:w="1584"/>
        <w:gridCol w:w="1800"/>
        <w:gridCol w:w="1944"/>
      </w:tblGrid>
      <w:tr>
        <w:tc>
          <w:tcPr>
            <w:tcW w:type="dxa" w:w="1872"/>
            <w:shd w:fill="EEEEEE"/>
            <w:vAlign w:val="center"/>
            <w:tcMar>
              <w:top w:w="80" w:type="dxa"/>
              <w:left w:w="80" w:type="dxa"/>
              <w:bottom w:w="80" w:type="dxa"/>
              <w:right w:w="80" w:type="dxa"/>
            </w:tcMar>
          </w:tcPr>
          <w:p>
            <w:pPr>
              <w:spacing w:after="40" w:line="252" w:lineRule="auto"/>
            </w:pPr>
            <w:r>
              <w:rPr>
                <w:rFonts w:ascii="Arial" w:hAnsi="Arial"/>
                <w:b/>
                <w:sz w:val="20"/>
              </w:rPr>
              <w:t>School and district</w:t>
            </w:r>
          </w:p>
        </w:tc>
        <w:tc>
          <w:tcPr>
            <w:tcW w:type="dxa" w:w="3024"/>
            <w:shd w:fill="EEEEEE"/>
            <w:vAlign w:val="center"/>
            <w:tcMar>
              <w:top w:w="80" w:type="dxa"/>
              <w:left w:w="80" w:type="dxa"/>
              <w:bottom w:w="80" w:type="dxa"/>
              <w:right w:w="80" w:type="dxa"/>
            </w:tcMar>
          </w:tcPr>
          <w:p>
            <w:pPr>
              <w:spacing w:after="40" w:line="252" w:lineRule="auto"/>
            </w:pPr>
            <w:r>
              <w:rPr>
                <w:rFonts w:ascii="Arial" w:hAnsi="Arial"/>
                <w:b/>
                <w:sz w:val="20"/>
              </w:rPr>
              <w:t>Complete address and telephone</w:t>
            </w:r>
          </w:p>
        </w:tc>
        <w:tc>
          <w:tcPr>
            <w:tcW w:type="dxa" w:w="1584"/>
            <w:shd w:fill="EEEEEE"/>
            <w:vAlign w:val="center"/>
            <w:tcMar>
              <w:top w:w="80" w:type="dxa"/>
              <w:left w:w="80" w:type="dxa"/>
              <w:bottom w:w="80" w:type="dxa"/>
              <w:right w:w="80" w:type="dxa"/>
            </w:tcMar>
          </w:tcPr>
          <w:p>
            <w:pPr>
              <w:spacing w:after="40" w:line="252" w:lineRule="auto"/>
            </w:pPr>
            <w:r>
              <w:rPr>
                <w:rFonts w:ascii="Arial" w:hAnsi="Arial"/>
                <w:b/>
                <w:sz w:val="20"/>
              </w:rPr>
              <w:t>Principal</w:t>
            </w:r>
          </w:p>
        </w:tc>
        <w:tc>
          <w:tcPr>
            <w:tcW w:type="dxa" w:w="1800"/>
            <w:shd w:fill="EEEEEE"/>
            <w:vAlign w:val="center"/>
            <w:tcMar>
              <w:top w:w="80" w:type="dxa"/>
              <w:left w:w="80" w:type="dxa"/>
              <w:bottom w:w="80" w:type="dxa"/>
              <w:right w:w="80" w:type="dxa"/>
            </w:tcMar>
          </w:tcPr>
          <w:p>
            <w:pPr>
              <w:spacing w:after="40" w:line="252" w:lineRule="auto"/>
            </w:pPr>
            <w:r>
              <w:rPr>
                <w:rFonts w:ascii="Arial" w:hAnsi="Arial"/>
                <w:b/>
                <w:sz w:val="20"/>
              </w:rPr>
              <w:t>Grade or subject</w:t>
            </w:r>
          </w:p>
        </w:tc>
        <w:tc>
          <w:tcPr>
            <w:tcW w:type="dxa" w:w="1944"/>
            <w:shd w:fill="EEEEEE"/>
            <w:vAlign w:val="center"/>
            <w:tcMar>
              <w:top w:w="80" w:type="dxa"/>
              <w:left w:w="80" w:type="dxa"/>
              <w:bottom w:w="80" w:type="dxa"/>
              <w:right w:w="80" w:type="dxa"/>
            </w:tcMar>
          </w:tcPr>
          <w:p>
            <w:pPr>
              <w:spacing w:after="40" w:line="252" w:lineRule="auto"/>
            </w:pPr>
            <w:r>
              <w:rPr>
                <w:rFonts w:ascii="Arial" w:hAnsi="Arial"/>
                <w:b/>
                <w:sz w:val="20"/>
              </w:rPr>
              <w:t>Years and dates</w:t>
            </w:r>
          </w:p>
        </w:tc>
      </w:tr>
      <w:tr>
        <w:trPr>
          <w:trHeight w:val="576"/>
        </w:trPr>
        <w:tc>
          <w:tcPr>
            <w:tcW w:type="dxa" w:w="1872"/>
            <w:vAlign w:val="center"/>
            <w:tcMar>
              <w:top w:w="80" w:type="dxa"/>
              <w:left w:w="80" w:type="dxa"/>
              <w:bottom w:w="80" w:type="dxa"/>
              <w:right w:w="80" w:type="dxa"/>
            </w:tcMar>
          </w:tcPr>
          <w:p>
            <w:pPr>
              <w:spacing w:after="40" w:line="252" w:lineRule="auto"/>
            </w:pPr>
            <w:sdt>
              <w:sdtPr>
                <w:alias w:val="Table 3 row 1 School and district"/>
                <w:tag w:val="Table 3 row 1 School and district"/>
                <w:id w:val="10149"/>
                <w:text/>
                <w:showingPlcHdr/>
              </w:sdtPr>
              <w:sdtContent>
                <w:r>
                  <w:rPr>
                    <w:shd w:fill="EDF3FC"/>
                  </w:rPr>
                  <w:t xml:space="preserve">[Type here]</w:t>
                </w:r>
              </w:sdtContent>
            </w:sdt>
          </w:p>
        </w:tc>
        <w:tc>
          <w:tcPr>
            <w:tcW w:type="dxa" w:w="3024"/>
            <w:vAlign w:val="center"/>
            <w:tcMar>
              <w:top w:w="80" w:type="dxa"/>
              <w:left w:w="80" w:type="dxa"/>
              <w:bottom w:w="80" w:type="dxa"/>
              <w:right w:w="80" w:type="dxa"/>
            </w:tcMar>
          </w:tcPr>
          <w:p>
            <w:pPr>
              <w:spacing w:after="40" w:line="252" w:lineRule="auto"/>
            </w:pPr>
            <w:sdt>
              <w:sdtPr>
                <w:alias w:val="Table 3 row 1 Complete address and telephone"/>
                <w:tag w:val="Table 3 row 1 Complete address and telephone"/>
                <w:id w:val="10150"/>
                <w:text/>
                <w:showingPlcHdr/>
              </w:sdtPr>
              <w:sdtContent>
                <w:r>
                  <w:rPr>
                    <w:shd w:fill="EDF3FC"/>
                  </w:rPr>
                  <w:t xml:space="preserve">[Type here]</w:t>
                </w:r>
              </w:sdtContent>
            </w:sdt>
          </w:p>
        </w:tc>
        <w:tc>
          <w:tcPr>
            <w:tcW w:type="dxa" w:w="1584"/>
            <w:vAlign w:val="center"/>
            <w:tcMar>
              <w:top w:w="80" w:type="dxa"/>
              <w:left w:w="80" w:type="dxa"/>
              <w:bottom w:w="80" w:type="dxa"/>
              <w:right w:w="80" w:type="dxa"/>
            </w:tcMar>
          </w:tcPr>
          <w:p>
            <w:pPr>
              <w:spacing w:after="40" w:line="252" w:lineRule="auto"/>
            </w:pPr>
            <w:sdt>
              <w:sdtPr>
                <w:alias w:val="Table 3 row 1 Principal"/>
                <w:tag w:val="Table 3 row 1 Principal"/>
                <w:id w:val="10151"/>
                <w:text/>
                <w:showingPlcHdr/>
              </w:sdtPr>
              <w:sdtContent>
                <w:r>
                  <w:rPr>
                    <w:shd w:fill="EDF3FC"/>
                  </w:rPr>
                  <w:t xml:space="preserve">[Type here]</w:t>
                </w:r>
              </w:sdtContent>
            </w:sdt>
          </w:p>
        </w:tc>
        <w:tc>
          <w:tcPr>
            <w:tcW w:type="dxa" w:w="1800"/>
            <w:vAlign w:val="center"/>
            <w:tcMar>
              <w:top w:w="80" w:type="dxa"/>
              <w:left w:w="80" w:type="dxa"/>
              <w:bottom w:w="80" w:type="dxa"/>
              <w:right w:w="80" w:type="dxa"/>
            </w:tcMar>
          </w:tcPr>
          <w:p>
            <w:pPr>
              <w:spacing w:after="40" w:line="252" w:lineRule="auto"/>
            </w:pPr>
            <w:sdt>
              <w:sdtPr>
                <w:alias w:val="Table 3 row 1 Grade or subject"/>
                <w:tag w:val="Table 3 row 1 Grade or subject"/>
                <w:id w:val="10152"/>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3 row 1 Years and dates"/>
                <w:tag w:val="Table 3 row 1 Years and dates"/>
                <w:id w:val="10153"/>
                <w:text/>
                <w:showingPlcHdr/>
              </w:sdtPr>
              <w:sdtContent>
                <w:r>
                  <w:rPr>
                    <w:shd w:fill="EDF3FC"/>
                  </w:rPr>
                  <w:t xml:space="preserve">[Type here]</w:t>
                </w:r>
              </w:sdtContent>
            </w:sdt>
          </w:p>
        </w:tc>
      </w:tr>
      <w:tr>
        <w:trPr>
          <w:trHeight w:val="576"/>
        </w:trPr>
        <w:tc>
          <w:tcPr>
            <w:tcW w:type="dxa" w:w="1872"/>
            <w:vAlign w:val="center"/>
            <w:tcMar>
              <w:top w:w="80" w:type="dxa"/>
              <w:left w:w="80" w:type="dxa"/>
              <w:bottom w:w="80" w:type="dxa"/>
              <w:right w:w="80" w:type="dxa"/>
            </w:tcMar>
          </w:tcPr>
          <w:p>
            <w:pPr>
              <w:spacing w:after="40" w:line="252" w:lineRule="auto"/>
            </w:pPr>
            <w:sdt>
              <w:sdtPr>
                <w:alias w:val="Table 3 row 2 School and district"/>
                <w:tag w:val="Table 3 row 2 School and district"/>
                <w:id w:val="10154"/>
                <w:text/>
                <w:showingPlcHdr/>
              </w:sdtPr>
              <w:sdtContent>
                <w:r>
                  <w:rPr>
                    <w:shd w:fill="EDF3FC"/>
                  </w:rPr>
                  <w:t xml:space="preserve">[Type here]</w:t>
                </w:r>
              </w:sdtContent>
            </w:sdt>
          </w:p>
        </w:tc>
        <w:tc>
          <w:tcPr>
            <w:tcW w:type="dxa" w:w="3024"/>
            <w:vAlign w:val="center"/>
            <w:tcMar>
              <w:top w:w="80" w:type="dxa"/>
              <w:left w:w="80" w:type="dxa"/>
              <w:bottom w:w="80" w:type="dxa"/>
              <w:right w:w="80" w:type="dxa"/>
            </w:tcMar>
          </w:tcPr>
          <w:p>
            <w:pPr>
              <w:spacing w:after="40" w:line="252" w:lineRule="auto"/>
            </w:pPr>
            <w:sdt>
              <w:sdtPr>
                <w:alias w:val="Table 3 row 2 Complete address and telephone"/>
                <w:tag w:val="Table 3 row 2 Complete address and telephone"/>
                <w:id w:val="10155"/>
                <w:text/>
                <w:showingPlcHdr/>
              </w:sdtPr>
              <w:sdtContent>
                <w:r>
                  <w:rPr>
                    <w:shd w:fill="EDF3FC"/>
                  </w:rPr>
                  <w:t xml:space="preserve">[Type here]</w:t>
                </w:r>
              </w:sdtContent>
            </w:sdt>
          </w:p>
        </w:tc>
        <w:tc>
          <w:tcPr>
            <w:tcW w:type="dxa" w:w="1584"/>
            <w:vAlign w:val="center"/>
            <w:tcMar>
              <w:top w:w="80" w:type="dxa"/>
              <w:left w:w="80" w:type="dxa"/>
              <w:bottom w:w="80" w:type="dxa"/>
              <w:right w:w="80" w:type="dxa"/>
            </w:tcMar>
          </w:tcPr>
          <w:p>
            <w:pPr>
              <w:spacing w:after="40" w:line="252" w:lineRule="auto"/>
            </w:pPr>
            <w:sdt>
              <w:sdtPr>
                <w:alias w:val="Table 3 row 2 Principal"/>
                <w:tag w:val="Table 3 row 2 Principal"/>
                <w:id w:val="10156"/>
                <w:text/>
                <w:showingPlcHdr/>
              </w:sdtPr>
              <w:sdtContent>
                <w:r>
                  <w:rPr>
                    <w:shd w:fill="EDF3FC"/>
                  </w:rPr>
                  <w:t xml:space="preserve">[Type here]</w:t>
                </w:r>
              </w:sdtContent>
            </w:sdt>
          </w:p>
        </w:tc>
        <w:tc>
          <w:tcPr>
            <w:tcW w:type="dxa" w:w="1800"/>
            <w:vAlign w:val="center"/>
            <w:tcMar>
              <w:top w:w="80" w:type="dxa"/>
              <w:left w:w="80" w:type="dxa"/>
              <w:bottom w:w="80" w:type="dxa"/>
              <w:right w:w="80" w:type="dxa"/>
            </w:tcMar>
          </w:tcPr>
          <w:p>
            <w:pPr>
              <w:spacing w:after="40" w:line="252" w:lineRule="auto"/>
            </w:pPr>
            <w:sdt>
              <w:sdtPr>
                <w:alias w:val="Table 3 row 2 Grade or subject"/>
                <w:tag w:val="Table 3 row 2 Grade or subject"/>
                <w:id w:val="10157"/>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3 row 2 Years and dates"/>
                <w:tag w:val="Table 3 row 2 Years and dates"/>
                <w:id w:val="10158"/>
                <w:text/>
                <w:showingPlcHdr/>
              </w:sdtPr>
              <w:sdtContent>
                <w:r>
                  <w:rPr>
                    <w:shd w:fill="EDF3FC"/>
                  </w:rPr>
                  <w:t xml:space="preserve">[Type here]</w:t>
                </w:r>
              </w:sdtContent>
            </w:sdt>
          </w:p>
        </w:tc>
      </w:tr>
      <w:tr>
        <w:trPr>
          <w:trHeight w:val="576"/>
        </w:trPr>
        <w:tc>
          <w:tcPr>
            <w:tcW w:type="dxa" w:w="1872"/>
            <w:vAlign w:val="center"/>
            <w:tcMar>
              <w:top w:w="80" w:type="dxa"/>
              <w:left w:w="80" w:type="dxa"/>
              <w:bottom w:w="80" w:type="dxa"/>
              <w:right w:w="80" w:type="dxa"/>
            </w:tcMar>
          </w:tcPr>
          <w:p>
            <w:pPr>
              <w:spacing w:after="40" w:line="252" w:lineRule="auto"/>
            </w:pPr>
            <w:sdt>
              <w:sdtPr>
                <w:alias w:val="Table 3 row 3 School and district"/>
                <w:tag w:val="Table 3 row 3 School and district"/>
                <w:id w:val="10159"/>
                <w:text/>
                <w:showingPlcHdr/>
              </w:sdtPr>
              <w:sdtContent>
                <w:r>
                  <w:rPr>
                    <w:shd w:fill="EDF3FC"/>
                  </w:rPr>
                  <w:t xml:space="preserve">[Type here]</w:t>
                </w:r>
              </w:sdtContent>
            </w:sdt>
          </w:p>
        </w:tc>
        <w:tc>
          <w:tcPr>
            <w:tcW w:type="dxa" w:w="3024"/>
            <w:vAlign w:val="center"/>
            <w:tcMar>
              <w:top w:w="80" w:type="dxa"/>
              <w:left w:w="80" w:type="dxa"/>
              <w:bottom w:w="80" w:type="dxa"/>
              <w:right w:w="80" w:type="dxa"/>
            </w:tcMar>
          </w:tcPr>
          <w:p>
            <w:pPr>
              <w:spacing w:after="40" w:line="252" w:lineRule="auto"/>
            </w:pPr>
            <w:sdt>
              <w:sdtPr>
                <w:alias w:val="Table 3 row 3 Complete address and telephone"/>
                <w:tag w:val="Table 3 row 3 Complete address and telephone"/>
                <w:id w:val="10160"/>
                <w:text/>
                <w:showingPlcHdr/>
              </w:sdtPr>
              <w:sdtContent>
                <w:r>
                  <w:rPr>
                    <w:shd w:fill="EDF3FC"/>
                  </w:rPr>
                  <w:t xml:space="preserve">[Type here]</w:t>
                </w:r>
              </w:sdtContent>
            </w:sdt>
          </w:p>
        </w:tc>
        <w:tc>
          <w:tcPr>
            <w:tcW w:type="dxa" w:w="1584"/>
            <w:vAlign w:val="center"/>
            <w:tcMar>
              <w:top w:w="80" w:type="dxa"/>
              <w:left w:w="80" w:type="dxa"/>
              <w:bottom w:w="80" w:type="dxa"/>
              <w:right w:w="80" w:type="dxa"/>
            </w:tcMar>
          </w:tcPr>
          <w:p>
            <w:pPr>
              <w:spacing w:after="40" w:line="252" w:lineRule="auto"/>
            </w:pPr>
            <w:sdt>
              <w:sdtPr>
                <w:alias w:val="Table 3 row 3 Principal"/>
                <w:tag w:val="Table 3 row 3 Principal"/>
                <w:id w:val="10161"/>
                <w:text/>
                <w:showingPlcHdr/>
              </w:sdtPr>
              <w:sdtContent>
                <w:r>
                  <w:rPr>
                    <w:shd w:fill="EDF3FC"/>
                  </w:rPr>
                  <w:t xml:space="preserve">[Type here]</w:t>
                </w:r>
              </w:sdtContent>
            </w:sdt>
          </w:p>
        </w:tc>
        <w:tc>
          <w:tcPr>
            <w:tcW w:type="dxa" w:w="1800"/>
            <w:vAlign w:val="center"/>
            <w:tcMar>
              <w:top w:w="80" w:type="dxa"/>
              <w:left w:w="80" w:type="dxa"/>
              <w:bottom w:w="80" w:type="dxa"/>
              <w:right w:w="80" w:type="dxa"/>
            </w:tcMar>
          </w:tcPr>
          <w:p>
            <w:pPr>
              <w:spacing w:after="40" w:line="252" w:lineRule="auto"/>
            </w:pPr>
            <w:sdt>
              <w:sdtPr>
                <w:alias w:val="Table 3 row 3 Grade or subject"/>
                <w:tag w:val="Table 3 row 3 Grade or subject"/>
                <w:id w:val="10162"/>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3 row 3 Years and dates"/>
                <w:tag w:val="Table 3 row 3 Years and dates"/>
                <w:id w:val="10163"/>
                <w:text/>
                <w:showingPlcHdr/>
              </w:sdtPr>
              <w:sdtContent>
                <w:r>
                  <w:rPr>
                    <w:shd w:fill="EDF3FC"/>
                  </w:rPr>
                  <w:t xml:space="preserve">[Type here]</w:t>
                </w:r>
              </w:sdtContent>
            </w:sdt>
          </w:p>
        </w:tc>
      </w:tr>
      <w:tr>
        <w:trPr>
          <w:trHeight w:val="576"/>
        </w:trPr>
        <w:tc>
          <w:tcPr>
            <w:tcW w:type="dxa" w:w="1872"/>
            <w:vAlign w:val="center"/>
            <w:tcMar>
              <w:top w:w="80" w:type="dxa"/>
              <w:left w:w="80" w:type="dxa"/>
              <w:bottom w:w="80" w:type="dxa"/>
              <w:right w:w="80" w:type="dxa"/>
            </w:tcMar>
          </w:tcPr>
          <w:p>
            <w:pPr>
              <w:spacing w:after="40" w:line="252" w:lineRule="auto"/>
            </w:pPr>
            <w:sdt>
              <w:sdtPr>
                <w:alias w:val="Table 3 row 4 School and district"/>
                <w:tag w:val="Table 3 row 4 School and district"/>
                <w:id w:val="10164"/>
                <w:text/>
                <w:showingPlcHdr/>
              </w:sdtPr>
              <w:sdtContent>
                <w:r>
                  <w:rPr>
                    <w:shd w:fill="EDF3FC"/>
                  </w:rPr>
                  <w:t xml:space="preserve">[Type here]</w:t>
                </w:r>
              </w:sdtContent>
            </w:sdt>
          </w:p>
        </w:tc>
        <w:tc>
          <w:tcPr>
            <w:tcW w:type="dxa" w:w="3024"/>
            <w:vAlign w:val="center"/>
            <w:tcMar>
              <w:top w:w="80" w:type="dxa"/>
              <w:left w:w="80" w:type="dxa"/>
              <w:bottom w:w="80" w:type="dxa"/>
              <w:right w:w="80" w:type="dxa"/>
            </w:tcMar>
          </w:tcPr>
          <w:p>
            <w:pPr>
              <w:spacing w:after="40" w:line="252" w:lineRule="auto"/>
            </w:pPr>
            <w:sdt>
              <w:sdtPr>
                <w:alias w:val="Table 3 row 4 Complete address and telephone"/>
                <w:tag w:val="Table 3 row 4 Complete address and telephone"/>
                <w:id w:val="10165"/>
                <w:text/>
                <w:showingPlcHdr/>
              </w:sdtPr>
              <w:sdtContent>
                <w:r>
                  <w:rPr>
                    <w:shd w:fill="EDF3FC"/>
                  </w:rPr>
                  <w:t xml:space="preserve">[Type here]</w:t>
                </w:r>
              </w:sdtContent>
            </w:sdt>
          </w:p>
        </w:tc>
        <w:tc>
          <w:tcPr>
            <w:tcW w:type="dxa" w:w="1584"/>
            <w:vAlign w:val="center"/>
            <w:tcMar>
              <w:top w:w="80" w:type="dxa"/>
              <w:left w:w="80" w:type="dxa"/>
              <w:bottom w:w="80" w:type="dxa"/>
              <w:right w:w="80" w:type="dxa"/>
            </w:tcMar>
          </w:tcPr>
          <w:p>
            <w:pPr>
              <w:spacing w:after="40" w:line="252" w:lineRule="auto"/>
            </w:pPr>
            <w:sdt>
              <w:sdtPr>
                <w:alias w:val="Table 3 row 4 Principal"/>
                <w:tag w:val="Table 3 row 4 Principal"/>
                <w:id w:val="10166"/>
                <w:text/>
                <w:showingPlcHdr/>
              </w:sdtPr>
              <w:sdtContent>
                <w:r>
                  <w:rPr>
                    <w:shd w:fill="EDF3FC"/>
                  </w:rPr>
                  <w:t xml:space="preserve">[Type here]</w:t>
                </w:r>
              </w:sdtContent>
            </w:sdt>
          </w:p>
        </w:tc>
        <w:tc>
          <w:tcPr>
            <w:tcW w:type="dxa" w:w="1800"/>
            <w:vAlign w:val="center"/>
            <w:tcMar>
              <w:top w:w="80" w:type="dxa"/>
              <w:left w:w="80" w:type="dxa"/>
              <w:bottom w:w="80" w:type="dxa"/>
              <w:right w:w="80" w:type="dxa"/>
            </w:tcMar>
          </w:tcPr>
          <w:p>
            <w:pPr>
              <w:spacing w:after="40" w:line="252" w:lineRule="auto"/>
            </w:pPr>
            <w:sdt>
              <w:sdtPr>
                <w:alias w:val="Table 3 row 4 Grade or subject"/>
                <w:tag w:val="Table 3 row 4 Grade or subject"/>
                <w:id w:val="10167"/>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3 row 4 Years and dates"/>
                <w:tag w:val="Table 3 row 4 Years and dates"/>
                <w:id w:val="10168"/>
                <w:text/>
                <w:showingPlcHdr/>
              </w:sdtPr>
              <w:sdtContent>
                <w:r>
                  <w:rPr>
                    <w:shd w:fill="EDF3FC"/>
                  </w:rPr>
                  <w:t xml:space="preserve">[Type here]</w:t>
                </w:r>
              </w:sdtContent>
            </w:sdt>
          </w:p>
        </w:tc>
      </w:tr>
    </w:tbl>
    <w:p>
      <w:pPr>
        <w:spacing w:after="200" w:line="259" w:lineRule="auto"/>
      </w:pPr>
      <w:r>
        <w:t xml:space="preserve">Currently under contract?  </w:t>
      </w:r>
      <w:sdt>
        <w:sdtPr>
          <w:alias w:val="41 Currently under contract?  □ Yes  □ No     Contract expiration da option 31"/>
          <w:tag w:val="41 Currently under contract?  □ Yes  □ No     Contract expiration da option 31"/>
          <w:id w:val="10032"/>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41 Currently under contract?  □ Yes  □ No     Contract expiration da option 32"/>
          <w:tag w:val="41 Currently under contract?  □ Yes  □ No     Contract expiration da option 32"/>
          <w:id w:val="10033"/>
          <w14:checkbox>
            <w14:checked w14:val="0"/>
            <w14:checkedState w14:val="2612" w14:font="MS Gothic"/>
            <w14:uncheckedState w14:val="2610" w14:font="MS Gothic"/>
          </w14:checkbox>
        </w:sdtPr>
        <w:sdtContent>
          <w:r>
            <w:rPr>
              <w:shd w:fill="EDF3FC"/>
            </w:rPr>
            <w:t xml:space="preserve">☐</w:t>
          </w:r>
        </w:sdtContent>
      </w:sdt>
      <w:r>
        <w:t xml:space="preserve"> No     Contract expiration date </w:t>
      </w:r>
      <w:sdt>
        <w:sdtPr>
          <w:alias w:val="41 Currently under contract?  □ Yes  □ No     Contract expiration da 33"/>
          <w:tag w:val="41 Currently under contract?  □ Yes  □ No     Contract expiration da 33"/>
          <w:id w:val="10034"/>
          <w:text/>
          <w:showingPlcHdr/>
        </w:sdtPr>
        <w:sdtContent>
          <w:r>
            <w:rPr>
              <w:shd w:fill="EDF3FC"/>
            </w:rPr>
            <w:t xml:space="preserve">Click to enter                               </w:t>
          </w:r>
        </w:sdtContent>
      </w:sdt>
    </w:p>
    <w:p>
      <w:pPr>
        <w:spacing w:after="200" w:line="259" w:lineRule="auto"/>
      </w:pPr>
      <w:r>
        <w:t xml:space="preserve">Have you ever been discharged, requested to resign, or refused tenure?  </w:t>
      </w:r>
      <w:sdt>
        <w:sdtPr>
          <w:alias w:val="42 Have you ever been discharged, requested to resign, or refused te option 34"/>
          <w:tag w:val="42 Have you ever been discharged, requested to resign, or refused te option 34"/>
          <w:id w:val="10035"/>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42 Have you ever been discharged, requested to resign, or refused te option 35"/>
          <w:tag w:val="42 Have you ever been discharged, requested to resign, or refused te option 35"/>
          <w:id w:val="10036"/>
          <w14:checkbox>
            <w14:checked w14:val="0"/>
            <w14:checkedState w14:val="2612" w14:font="MS Gothic"/>
            <w14:uncheckedState w14:val="2610" w14:font="MS Gothic"/>
          </w14:checkbox>
        </w:sdtPr>
        <w:sdtContent>
          <w:r>
            <w:rPr>
              <w:shd w:fill="EDF3FC"/>
            </w:rPr>
            <w:t xml:space="preserve">☐</w:t>
          </w:r>
        </w:sdtContent>
      </w:sdt>
      <w:r>
        <w:t xml:space="preserve"> No</w:t>
        <w:br/>
        <w:t>If yes, explain on an attached page.</w:t>
      </w:r>
    </w:p>
    <w:p>
      <w:pPr>
        <w:spacing w:after="200" w:line="259" w:lineRule="auto"/>
      </w:pPr>
      <w:r>
        <w:t xml:space="preserve">Are you a Louisiana state retiree?  </w:t>
      </w:r>
      <w:sdt>
        <w:sdtPr>
          <w:alias w:val="43 Are you a Louisiana state retiree?  □ Yes  □ No&#10;If yes, select ty option 36"/>
          <w:tag w:val="43 Are you a Louisiana state retiree?  □ Yes  □ No&#10;If yes, select ty option 36"/>
          <w:id w:val="10037"/>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43 Are you a Louisiana state retiree?  □ Yes  □ No&#10;If yes, select ty option 37"/>
          <w:tag w:val="43 Are you a Louisiana state retiree?  □ Yes  □ No&#10;If yes, select ty option 37"/>
          <w:id w:val="10038"/>
          <w14:checkbox>
            <w14:checked w14:val="0"/>
            <w14:checkedState w14:val="2612" w14:font="MS Gothic"/>
            <w14:uncheckedState w14:val="2610" w14:font="MS Gothic"/>
          </w14:checkbox>
        </w:sdtPr>
        <w:sdtContent>
          <w:r>
            <w:rPr>
              <w:shd w:fill="EDF3FC"/>
            </w:rPr>
            <w:t xml:space="preserve">☐</w:t>
          </w:r>
        </w:sdtContent>
      </w:sdt>
      <w:r>
        <w:t xml:space="preserve"> No</w:t>
        <w:br/>
        <w:t xml:space="preserve">If yes, select type: </w:t>
      </w:r>
      <w:sdt>
        <w:sdtPr>
          <w:alias w:val="43 Are you a Louisiana state retiree?  □ Yes  □ No&#10;If yes, select ty option 38"/>
          <w:tag w:val="43 Are you a Louisiana state retiree?  □ Yes  □ No&#10;If yes, select ty option 38"/>
          <w:id w:val="10039"/>
          <w14:checkbox>
            <w14:checked w14:val="0"/>
            <w14:checkedState w14:val="2612" w14:font="MS Gothic"/>
            <w14:uncheckedState w14:val="2610" w14:font="MS Gothic"/>
          </w14:checkbox>
        </w:sdtPr>
        <w:sdtContent>
          <w:r>
            <w:rPr>
              <w:shd w:fill="EDF3FC"/>
            </w:rPr>
            <w:t xml:space="preserve">☐</w:t>
          </w:r>
        </w:sdtContent>
      </w:sdt>
      <w:r>
        <w:t xml:space="preserve"> DROP  </w:t>
      </w:r>
      <w:sdt>
        <w:sdtPr>
          <w:alias w:val="43 Are you a Louisiana state retiree?  □ Yes  □ No&#10;If yes, select ty option 39"/>
          <w:tag w:val="43 Are you a Louisiana state retiree?  □ Yes  □ No&#10;If yes, select ty option 39"/>
          <w:id w:val="10040"/>
          <w14:checkbox>
            <w14:checked w14:val="0"/>
            <w14:checkedState w14:val="2612" w14:font="MS Gothic"/>
            <w14:uncheckedState w14:val="2610" w14:font="MS Gothic"/>
          </w14:checkbox>
        </w:sdtPr>
        <w:sdtContent>
          <w:r>
            <w:rPr>
              <w:shd w:fill="EDF3FC"/>
            </w:rPr>
            <w:t xml:space="preserve">☐</w:t>
          </w:r>
        </w:sdtContent>
      </w:sdt>
      <w:r>
        <w:t xml:space="preserve"> Option 5  </w:t>
      </w:r>
      <w:sdt>
        <w:sdtPr>
          <w:alias w:val="43 Are you a Louisiana state retiree?  □ Yes  □ No&#10;If yes, select ty option 40"/>
          <w:tag w:val="43 Are you a Louisiana state retiree?  □ Yes  □ No&#10;If yes, select ty option 40"/>
          <w:id w:val="10041"/>
          <w14:checkbox>
            <w14:checked w14:val="0"/>
            <w14:checkedState w14:val="2612" w14:font="MS Gothic"/>
            <w14:uncheckedState w14:val="2610" w14:font="MS Gothic"/>
          </w14:checkbox>
        </w:sdtPr>
        <w:sdtContent>
          <w:r>
            <w:rPr>
              <w:shd w:fill="EDF3FC"/>
            </w:rPr>
            <w:t xml:space="preserve">☐</w:t>
          </w:r>
        </w:sdtContent>
      </w:sdt>
      <w:r>
        <w:t xml:space="preserve"> Service  </w:t>
      </w:r>
      <w:sdt>
        <w:sdtPr>
          <w:alias w:val="43 Are you a Louisiana state retiree?  □ Yes  □ No&#10;If yes, select ty option 41"/>
          <w:tag w:val="43 Are you a Louisiana state retiree?  □ Yes  □ No&#10;If yes, select ty option 41"/>
          <w:id w:val="10042"/>
          <w14:checkbox>
            <w14:checked w14:val="0"/>
            <w14:checkedState w14:val="2612" w14:font="MS Gothic"/>
            <w14:uncheckedState w14:val="2610" w14:font="MS Gothic"/>
          </w14:checkbox>
        </w:sdtPr>
        <w:sdtContent>
          <w:r>
            <w:rPr>
              <w:shd w:fill="EDF3FC"/>
            </w:rPr>
            <w:t xml:space="preserve">☐</w:t>
          </w:r>
        </w:sdtContent>
      </w:sdt>
      <w:r>
        <w:t xml:space="preserve"> Early retirement</w:t>
      </w:r>
    </w:p>
    <w:p>
      <w:pPr>
        <w:pStyle w:val="Heading1"/>
        <w:spacing w:before="240" w:after="200" w:line="259" w:lineRule="auto"/>
        <w:jc w:val="center"/>
      </w:pPr>
      <w:r>
        <w:rPr>
          <w:rFonts w:ascii="Arial" w:hAnsi="Arial"/>
          <w:sz w:val="26"/>
        </w:rPr>
        <w:t>Professional Activities</w:t>
      </w:r>
    </w:p>
    <w:p>
      <w:pPr>
        <w:spacing w:after="200" w:line="259" w:lineRule="auto"/>
      </w:pPr>
      <w:r>
        <w:rPr>
          <w:rFonts w:ascii="Arial" w:hAnsi="Arial"/>
          <w:b w:val="0"/>
          <w:sz w:val="22"/>
        </w:rPr>
        <w:t>Professional organizations, committees, presentations and publications</w:t>
      </w:r>
    </w:p>
    <w:p>
      <w:pPr>
        <w:spacing w:after="200" w:line="259" w:lineRule="auto"/>
      </w:pPr>
      <w:sdt>
        <w:sdtPr>
          <w:alias w:val="46 Additional response 42"/>
          <w:tag w:val="46 Additional response 42"/>
          <w:id w:val="10043"/>
          <w:text/>
          <w:showingPlcHdr/>
        </w:sdtPr>
        <w:sdtContent>
          <w:r>
            <w:rPr>
              <w:shd w:fill="EDF3FC"/>
            </w:rPr>
            <w:t xml:space="preserve">Click to enter                                                                                                                                         </w:t>
          </w:r>
        </w:sdtContent>
      </w:sdt>
    </w:p>
    <w:p>
      <w:pPr>
        <w:spacing w:after="200" w:line="259" w:lineRule="auto"/>
      </w:pPr>
      <w:sdt>
        <w:sdtPr>
          <w:alias w:val="47 Additional response 43"/>
          <w:tag w:val="47 Additional response 43"/>
          <w:id w:val="10044"/>
          <w:text/>
          <w:showingPlcHdr/>
        </w:sdtPr>
        <w:sdtContent>
          <w:r>
            <w:rPr>
              <w:shd w:fill="EDF3FC"/>
            </w:rPr>
            <w:t xml:space="preserve">Click to enter                                                                                                                                         </w:t>
          </w:r>
        </w:sdtContent>
      </w:sdt>
    </w:p>
    <w:p>
      <w:pPr>
        <w:pStyle w:val="Heading1"/>
        <w:spacing w:before="240" w:after="200" w:line="259" w:lineRule="auto"/>
        <w:jc w:val="center"/>
      </w:pPr>
      <w:r>
        <w:rPr>
          <w:rFonts w:ascii="Arial" w:hAnsi="Arial"/>
          <w:sz w:val="26"/>
        </w:rPr>
        <w:t>Other Work Experience</w:t>
      </w:r>
    </w:p>
    <w:tbl>
      <w:tblPr>
        <w:tblStyle w:val="TableGrid"/>
        <w:tblW w:type="auto" w:w="0"/>
        <w:tblLayout w:type="fixed"/>
        <w:tblLook w:firstColumn="1" w:firstRow="1" w:lastColumn="0" w:lastRow="0" w:noHBand="0" w:noVBand="1" w:val="04A0"/>
      </w:tblPr>
      <w:tblGrid>
        <w:gridCol w:w="1728"/>
        <w:gridCol w:w="3096"/>
        <w:gridCol w:w="1512"/>
        <w:gridCol w:w="1944"/>
        <w:gridCol w:w="1944"/>
      </w:tblGrid>
      <w:tr>
        <w:tc>
          <w:tcPr>
            <w:tcW w:type="dxa" w:w="1728"/>
            <w:shd w:fill="EEEEEE"/>
            <w:vAlign w:val="center"/>
            <w:tcMar>
              <w:top w:w="80" w:type="dxa"/>
              <w:left w:w="80" w:type="dxa"/>
              <w:bottom w:w="80" w:type="dxa"/>
              <w:right w:w="80" w:type="dxa"/>
            </w:tcMar>
          </w:tcPr>
          <w:p>
            <w:pPr>
              <w:spacing w:after="40" w:line="252" w:lineRule="auto"/>
            </w:pPr>
            <w:r>
              <w:rPr>
                <w:rFonts w:ascii="Arial" w:hAnsi="Arial"/>
                <w:b/>
                <w:sz w:val="20"/>
              </w:rPr>
              <w:t>Position</w:t>
            </w:r>
          </w:p>
        </w:tc>
        <w:tc>
          <w:tcPr>
            <w:tcW w:type="dxa" w:w="3096"/>
            <w:shd w:fill="EEEEEE"/>
            <w:vAlign w:val="center"/>
            <w:tcMar>
              <w:top w:w="80" w:type="dxa"/>
              <w:left w:w="80" w:type="dxa"/>
              <w:bottom w:w="80" w:type="dxa"/>
              <w:right w:w="80" w:type="dxa"/>
            </w:tcMar>
          </w:tcPr>
          <w:p>
            <w:pPr>
              <w:spacing w:after="40" w:line="252" w:lineRule="auto"/>
            </w:pPr>
            <w:r>
              <w:rPr>
                <w:rFonts w:ascii="Arial" w:hAnsi="Arial"/>
                <w:b/>
                <w:sz w:val="20"/>
              </w:rPr>
              <w:t>Organization and complete address</w:t>
            </w:r>
          </w:p>
        </w:tc>
        <w:tc>
          <w:tcPr>
            <w:tcW w:type="dxa" w:w="1512"/>
            <w:shd w:fill="EEEEEE"/>
            <w:vAlign w:val="center"/>
            <w:tcMar>
              <w:top w:w="80" w:type="dxa"/>
              <w:left w:w="80" w:type="dxa"/>
              <w:bottom w:w="80" w:type="dxa"/>
              <w:right w:w="80" w:type="dxa"/>
            </w:tcMar>
          </w:tcPr>
          <w:p>
            <w:pPr>
              <w:spacing w:after="40" w:line="252" w:lineRule="auto"/>
            </w:pPr>
            <w:r>
              <w:rPr>
                <w:rFonts w:ascii="Arial" w:hAnsi="Arial"/>
                <w:b/>
                <w:sz w:val="20"/>
              </w:rPr>
              <w:t>Telephone</w:t>
            </w:r>
          </w:p>
        </w:tc>
        <w:tc>
          <w:tcPr>
            <w:tcW w:type="dxa" w:w="1944"/>
            <w:shd w:fill="EEEEEE"/>
            <w:vAlign w:val="center"/>
            <w:tcMar>
              <w:top w:w="80" w:type="dxa"/>
              <w:left w:w="80" w:type="dxa"/>
              <w:bottom w:w="80" w:type="dxa"/>
              <w:right w:w="80" w:type="dxa"/>
            </w:tcMar>
          </w:tcPr>
          <w:p>
            <w:pPr>
              <w:spacing w:after="40" w:line="252" w:lineRule="auto"/>
            </w:pPr>
            <w:r>
              <w:rPr>
                <w:rFonts w:ascii="Arial" w:hAnsi="Arial"/>
                <w:b/>
                <w:sz w:val="20"/>
              </w:rPr>
              <w:t>Supervisor</w:t>
            </w:r>
          </w:p>
        </w:tc>
        <w:tc>
          <w:tcPr>
            <w:tcW w:type="dxa" w:w="1944"/>
            <w:shd w:fill="EEEEEE"/>
            <w:vAlign w:val="center"/>
            <w:tcMar>
              <w:top w:w="80" w:type="dxa"/>
              <w:left w:w="80" w:type="dxa"/>
              <w:bottom w:w="80" w:type="dxa"/>
              <w:right w:w="80" w:type="dxa"/>
            </w:tcMar>
          </w:tcPr>
          <w:p>
            <w:pPr>
              <w:spacing w:after="40" w:line="252" w:lineRule="auto"/>
            </w:pPr>
            <w:r>
              <w:rPr>
                <w:rFonts w:ascii="Arial" w:hAnsi="Arial"/>
                <w:b/>
                <w:sz w:val="20"/>
              </w:rPr>
              <w:t>Years and dates</w:t>
            </w:r>
          </w:p>
        </w:tc>
      </w:tr>
      <w:tr>
        <w:trPr>
          <w:trHeight w:val="576"/>
        </w:trPr>
        <w:tc>
          <w:tcPr>
            <w:tcW w:type="dxa" w:w="1728"/>
            <w:vAlign w:val="center"/>
            <w:tcMar>
              <w:top w:w="80" w:type="dxa"/>
              <w:left w:w="80" w:type="dxa"/>
              <w:bottom w:w="80" w:type="dxa"/>
              <w:right w:w="80" w:type="dxa"/>
            </w:tcMar>
          </w:tcPr>
          <w:p>
            <w:pPr>
              <w:spacing w:after="40" w:line="252" w:lineRule="auto"/>
            </w:pPr>
            <w:sdt>
              <w:sdtPr>
                <w:alias w:val="Table 4 row 1 Position"/>
                <w:tag w:val="Table 4 row 1 Position"/>
                <w:id w:val="10169"/>
                <w:text/>
                <w:showingPlcHdr/>
              </w:sdtPr>
              <w:sdtContent>
                <w:r>
                  <w:rPr>
                    <w:shd w:fill="EDF3FC"/>
                  </w:rPr>
                  <w:t xml:space="preserve">[Type here]</w:t>
                </w:r>
              </w:sdtContent>
            </w:sdt>
          </w:p>
        </w:tc>
        <w:tc>
          <w:tcPr>
            <w:tcW w:type="dxa" w:w="3096"/>
            <w:vAlign w:val="center"/>
            <w:tcMar>
              <w:top w:w="80" w:type="dxa"/>
              <w:left w:w="80" w:type="dxa"/>
              <w:bottom w:w="80" w:type="dxa"/>
              <w:right w:w="80" w:type="dxa"/>
            </w:tcMar>
          </w:tcPr>
          <w:p>
            <w:pPr>
              <w:spacing w:after="40" w:line="252" w:lineRule="auto"/>
            </w:pPr>
            <w:sdt>
              <w:sdtPr>
                <w:alias w:val="Table 4 row 1 Organization and complete address"/>
                <w:tag w:val="Table 4 row 1 Organization and complete address"/>
                <w:id w:val="10170"/>
                <w:text/>
                <w:showingPlcHdr/>
              </w:sdtPr>
              <w:sdtContent>
                <w:r>
                  <w:rPr>
                    <w:shd w:fill="EDF3FC"/>
                  </w:rPr>
                  <w:t xml:space="preserve">[Type here]</w:t>
                </w:r>
              </w:sdtContent>
            </w:sdt>
          </w:p>
        </w:tc>
        <w:tc>
          <w:tcPr>
            <w:tcW w:type="dxa" w:w="1512"/>
            <w:vAlign w:val="center"/>
            <w:tcMar>
              <w:top w:w="80" w:type="dxa"/>
              <w:left w:w="80" w:type="dxa"/>
              <w:bottom w:w="80" w:type="dxa"/>
              <w:right w:w="80" w:type="dxa"/>
            </w:tcMar>
          </w:tcPr>
          <w:p>
            <w:pPr>
              <w:spacing w:after="40" w:line="252" w:lineRule="auto"/>
            </w:pPr>
            <w:sdt>
              <w:sdtPr>
                <w:alias w:val="Table 4 row 1 Telephone"/>
                <w:tag w:val="Table 4 row 1 Telephone"/>
                <w:id w:val="10171"/>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4 row 1 Supervisor"/>
                <w:tag w:val="Table 4 row 1 Supervisor"/>
                <w:id w:val="10172"/>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4 row 1 Years and dates"/>
                <w:tag w:val="Table 4 row 1 Years and dates"/>
                <w:id w:val="10173"/>
                <w:text/>
                <w:showingPlcHdr/>
              </w:sdtPr>
              <w:sdtContent>
                <w:r>
                  <w:rPr>
                    <w:shd w:fill="EDF3FC"/>
                  </w:rPr>
                  <w:t xml:space="preserve">[Type here]</w:t>
                </w:r>
              </w:sdtContent>
            </w:sdt>
          </w:p>
        </w:tc>
      </w:tr>
      <w:tr>
        <w:trPr>
          <w:trHeight w:val="576"/>
        </w:trPr>
        <w:tc>
          <w:tcPr>
            <w:tcW w:type="dxa" w:w="1728"/>
            <w:vAlign w:val="center"/>
            <w:tcMar>
              <w:top w:w="80" w:type="dxa"/>
              <w:left w:w="80" w:type="dxa"/>
              <w:bottom w:w="80" w:type="dxa"/>
              <w:right w:w="80" w:type="dxa"/>
            </w:tcMar>
          </w:tcPr>
          <w:p>
            <w:pPr>
              <w:spacing w:after="40" w:line="252" w:lineRule="auto"/>
            </w:pPr>
            <w:sdt>
              <w:sdtPr>
                <w:alias w:val="Table 4 row 2 Position"/>
                <w:tag w:val="Table 4 row 2 Position"/>
                <w:id w:val="10174"/>
                <w:text/>
                <w:showingPlcHdr/>
              </w:sdtPr>
              <w:sdtContent>
                <w:r>
                  <w:rPr>
                    <w:shd w:fill="EDF3FC"/>
                  </w:rPr>
                  <w:t xml:space="preserve">[Type here]</w:t>
                </w:r>
              </w:sdtContent>
            </w:sdt>
          </w:p>
        </w:tc>
        <w:tc>
          <w:tcPr>
            <w:tcW w:type="dxa" w:w="3096"/>
            <w:vAlign w:val="center"/>
            <w:tcMar>
              <w:top w:w="80" w:type="dxa"/>
              <w:left w:w="80" w:type="dxa"/>
              <w:bottom w:w="80" w:type="dxa"/>
              <w:right w:w="80" w:type="dxa"/>
            </w:tcMar>
          </w:tcPr>
          <w:p>
            <w:pPr>
              <w:spacing w:after="40" w:line="252" w:lineRule="auto"/>
            </w:pPr>
            <w:sdt>
              <w:sdtPr>
                <w:alias w:val="Table 4 row 2 Organization and complete address"/>
                <w:tag w:val="Table 4 row 2 Organization and complete address"/>
                <w:id w:val="10175"/>
                <w:text/>
                <w:showingPlcHdr/>
              </w:sdtPr>
              <w:sdtContent>
                <w:r>
                  <w:rPr>
                    <w:shd w:fill="EDF3FC"/>
                  </w:rPr>
                  <w:t xml:space="preserve">[Type here]</w:t>
                </w:r>
              </w:sdtContent>
            </w:sdt>
          </w:p>
        </w:tc>
        <w:tc>
          <w:tcPr>
            <w:tcW w:type="dxa" w:w="1512"/>
            <w:vAlign w:val="center"/>
            <w:tcMar>
              <w:top w:w="80" w:type="dxa"/>
              <w:left w:w="80" w:type="dxa"/>
              <w:bottom w:w="80" w:type="dxa"/>
              <w:right w:w="80" w:type="dxa"/>
            </w:tcMar>
          </w:tcPr>
          <w:p>
            <w:pPr>
              <w:spacing w:after="40" w:line="252" w:lineRule="auto"/>
            </w:pPr>
            <w:sdt>
              <w:sdtPr>
                <w:alias w:val="Table 4 row 2 Telephone"/>
                <w:tag w:val="Table 4 row 2 Telephone"/>
                <w:id w:val="10176"/>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4 row 2 Supervisor"/>
                <w:tag w:val="Table 4 row 2 Supervisor"/>
                <w:id w:val="10177"/>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4 row 2 Years and dates"/>
                <w:tag w:val="Table 4 row 2 Years and dates"/>
                <w:id w:val="10178"/>
                <w:text/>
                <w:showingPlcHdr/>
              </w:sdtPr>
              <w:sdtContent>
                <w:r>
                  <w:rPr>
                    <w:shd w:fill="EDF3FC"/>
                  </w:rPr>
                  <w:t xml:space="preserve">[Type here]</w:t>
                </w:r>
              </w:sdtContent>
            </w:sdt>
          </w:p>
        </w:tc>
      </w:tr>
      <w:tr>
        <w:trPr>
          <w:trHeight w:val="576"/>
        </w:trPr>
        <w:tc>
          <w:tcPr>
            <w:tcW w:type="dxa" w:w="1728"/>
            <w:vAlign w:val="center"/>
            <w:tcMar>
              <w:top w:w="80" w:type="dxa"/>
              <w:left w:w="80" w:type="dxa"/>
              <w:bottom w:w="80" w:type="dxa"/>
              <w:right w:w="80" w:type="dxa"/>
            </w:tcMar>
          </w:tcPr>
          <w:p>
            <w:pPr>
              <w:spacing w:after="40" w:line="252" w:lineRule="auto"/>
            </w:pPr>
            <w:sdt>
              <w:sdtPr>
                <w:alias w:val="Table 4 row 3 Position"/>
                <w:tag w:val="Table 4 row 3 Position"/>
                <w:id w:val="10179"/>
                <w:text/>
                <w:showingPlcHdr/>
              </w:sdtPr>
              <w:sdtContent>
                <w:r>
                  <w:rPr>
                    <w:shd w:fill="EDF3FC"/>
                  </w:rPr>
                  <w:t xml:space="preserve">[Type here]</w:t>
                </w:r>
              </w:sdtContent>
            </w:sdt>
          </w:p>
        </w:tc>
        <w:tc>
          <w:tcPr>
            <w:tcW w:type="dxa" w:w="3096"/>
            <w:vAlign w:val="center"/>
            <w:tcMar>
              <w:top w:w="80" w:type="dxa"/>
              <w:left w:w="80" w:type="dxa"/>
              <w:bottom w:w="80" w:type="dxa"/>
              <w:right w:w="80" w:type="dxa"/>
            </w:tcMar>
          </w:tcPr>
          <w:p>
            <w:pPr>
              <w:spacing w:after="40" w:line="252" w:lineRule="auto"/>
            </w:pPr>
            <w:sdt>
              <w:sdtPr>
                <w:alias w:val="Table 4 row 3 Organization and complete address"/>
                <w:tag w:val="Table 4 row 3 Organization and complete address"/>
                <w:id w:val="10180"/>
                <w:text/>
                <w:showingPlcHdr/>
              </w:sdtPr>
              <w:sdtContent>
                <w:r>
                  <w:rPr>
                    <w:shd w:fill="EDF3FC"/>
                  </w:rPr>
                  <w:t xml:space="preserve">[Type here]</w:t>
                </w:r>
              </w:sdtContent>
            </w:sdt>
          </w:p>
        </w:tc>
        <w:tc>
          <w:tcPr>
            <w:tcW w:type="dxa" w:w="1512"/>
            <w:vAlign w:val="center"/>
            <w:tcMar>
              <w:top w:w="80" w:type="dxa"/>
              <w:left w:w="80" w:type="dxa"/>
              <w:bottom w:w="80" w:type="dxa"/>
              <w:right w:w="80" w:type="dxa"/>
            </w:tcMar>
          </w:tcPr>
          <w:p>
            <w:pPr>
              <w:spacing w:after="40" w:line="252" w:lineRule="auto"/>
            </w:pPr>
            <w:sdt>
              <w:sdtPr>
                <w:alias w:val="Table 4 row 3 Telephone"/>
                <w:tag w:val="Table 4 row 3 Telephone"/>
                <w:id w:val="10181"/>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4 row 3 Supervisor"/>
                <w:tag w:val="Table 4 row 3 Supervisor"/>
                <w:id w:val="10182"/>
                <w:text/>
                <w:showingPlcHdr/>
              </w:sdtPr>
              <w:sdtContent>
                <w:r>
                  <w:rPr>
                    <w:shd w:fill="EDF3FC"/>
                  </w:rPr>
                  <w:t xml:space="preserve">[Type here]</w:t>
                </w:r>
              </w:sdtContent>
            </w:sdt>
          </w:p>
        </w:tc>
        <w:tc>
          <w:tcPr>
            <w:tcW w:type="dxa" w:w="1944"/>
            <w:vAlign w:val="center"/>
            <w:tcMar>
              <w:top w:w="80" w:type="dxa"/>
              <w:left w:w="80" w:type="dxa"/>
              <w:bottom w:w="80" w:type="dxa"/>
              <w:right w:w="80" w:type="dxa"/>
            </w:tcMar>
          </w:tcPr>
          <w:p>
            <w:pPr>
              <w:spacing w:after="40" w:line="252" w:lineRule="auto"/>
            </w:pPr>
            <w:sdt>
              <w:sdtPr>
                <w:alias w:val="Table 4 row 3 Years and dates"/>
                <w:tag w:val="Table 4 row 3 Years and dates"/>
                <w:id w:val="10183"/>
                <w:text/>
                <w:showingPlcHdr/>
              </w:sdtPr>
              <w:sdtContent>
                <w:r>
                  <w:rPr>
                    <w:shd w:fill="EDF3FC"/>
                  </w:rPr>
                  <w:t xml:space="preserve">[Type here]</w:t>
                </w:r>
              </w:sdtContent>
            </w:sdt>
          </w:p>
        </w:tc>
      </w:tr>
    </w:tbl>
    <w:p>
      <w:pPr>
        <w:spacing w:after="200" w:line="259" w:lineRule="auto"/>
      </w:pPr>
      <w:r>
        <w:rPr>
          <w:rFonts w:ascii="Arial" w:hAnsi="Arial"/>
          <w:sz w:val="22"/>
        </w:rPr>
        <w:br w:type="page"/>
      </w:r>
    </w:p>
    <w:p>
      <w:pPr>
        <w:pStyle w:val="Heading1"/>
        <w:spacing w:before="240" w:after="200" w:line="259" w:lineRule="auto"/>
        <w:jc w:val="center"/>
      </w:pPr>
      <w:r>
        <w:rPr>
          <w:rFonts w:ascii="Arial" w:hAnsi="Arial"/>
          <w:sz w:val="36"/>
        </w:rPr>
        <w:t>References and Teaching Interests</w:t>
      </w:r>
    </w:p>
    <w:p>
      <w:pPr>
        <w:spacing w:after="180" w:line="259" w:lineRule="auto"/>
      </w:pPr>
      <w:r>
        <w:t xml:space="preserve">Applicant name </w:t>
      </w:r>
      <w:sdt>
        <w:sdtPr>
          <w:alias w:val="51 Applicant name   Date 44"/>
          <w:tag w:val="51 Applicant name   Date 44"/>
          <w:id w:val="10045"/>
          <w:text/>
          <w:showingPlcHdr/>
        </w:sdtPr>
        <w:sdtContent>
          <w:r>
            <w:rPr>
              <w:shd w:fill="EDF3FC"/>
            </w:rPr>
            <w:t xml:space="preserve">Click to enter                                                                   </w:t>
          </w:r>
        </w:sdtContent>
      </w:sdt>
      <w:r>
        <w:t xml:space="preserve">  Date </w:t>
      </w:r>
      <w:sdt>
        <w:sdtPr>
          <w:alias w:val="51 Applicant name   Date 45"/>
          <w:tag w:val="51 Applicant name   Date 45"/>
          <w:id w:val="10046"/>
          <w:text/>
          <w:showingPlcHdr/>
        </w:sdtPr>
        <w:sdtContent>
          <w:r>
            <w:rPr>
              <w:shd w:fill="EDF3FC"/>
            </w:rPr>
            <w:t xml:space="preserve">Enter         </w:t>
          </w:r>
        </w:sdtContent>
      </w:sdt>
    </w:p>
    <w:p>
      <w:pPr>
        <w:pStyle w:val="Heading1"/>
        <w:spacing w:before="240" w:after="200" w:line="259" w:lineRule="auto"/>
        <w:jc w:val="center"/>
      </w:pPr>
      <w:r>
        <w:rPr>
          <w:rFonts w:ascii="Arial" w:hAnsi="Arial"/>
          <w:sz w:val="26"/>
        </w:rPr>
        <w:t>Personal References</w:t>
      </w:r>
    </w:p>
    <w:p>
      <w:pPr>
        <w:spacing w:after="180" w:line="259" w:lineRule="auto"/>
      </w:pPr>
      <w:r>
        <w:rPr>
          <w:rFonts w:ascii="Arial" w:hAnsi="Arial"/>
          <w:b w:val="0"/>
          <w:sz w:val="22"/>
        </w:rPr>
        <w:t>List three references other than relatives or principals and supervisors already listed.</w:t>
      </w:r>
    </w:p>
    <w:tbl>
      <w:tblPr>
        <w:tblStyle w:val="TableGrid"/>
        <w:tblW w:type="auto" w:w="0"/>
        <w:tblLayout w:type="fixed"/>
        <w:tblLook w:firstColumn="1" w:firstRow="1" w:lastColumn="0" w:lastRow="0" w:noHBand="0" w:noVBand="1" w:val="04A0"/>
      </w:tblPr>
      <w:tblGrid>
        <w:gridCol w:w="2016"/>
        <w:gridCol w:w="3024"/>
        <w:gridCol w:w="2304"/>
        <w:gridCol w:w="2880"/>
      </w:tblGrid>
      <w:tr>
        <w:tc>
          <w:tcPr>
            <w:tcW w:type="dxa" w:w="2016"/>
            <w:shd w:fill="EEEEEE"/>
            <w:vAlign w:val="center"/>
            <w:tcMar>
              <w:top w:w="80" w:type="dxa"/>
              <w:left w:w="80" w:type="dxa"/>
              <w:bottom w:w="80" w:type="dxa"/>
              <w:right w:w="80" w:type="dxa"/>
            </w:tcMar>
          </w:tcPr>
          <w:p>
            <w:pPr>
              <w:spacing w:after="40" w:line="252" w:lineRule="auto"/>
            </w:pPr>
            <w:r>
              <w:rPr>
                <w:rFonts w:ascii="Arial" w:hAnsi="Arial"/>
                <w:b/>
                <w:sz w:val="20"/>
              </w:rPr>
              <w:t>Name</w:t>
            </w:r>
          </w:p>
        </w:tc>
        <w:tc>
          <w:tcPr>
            <w:tcW w:type="dxa" w:w="3024"/>
            <w:shd w:fill="EEEEEE"/>
            <w:vAlign w:val="center"/>
            <w:tcMar>
              <w:top w:w="80" w:type="dxa"/>
              <w:left w:w="80" w:type="dxa"/>
              <w:bottom w:w="80" w:type="dxa"/>
              <w:right w:w="80" w:type="dxa"/>
            </w:tcMar>
          </w:tcPr>
          <w:p>
            <w:pPr>
              <w:spacing w:after="40" w:line="252" w:lineRule="auto"/>
            </w:pPr>
            <w:r>
              <w:rPr>
                <w:rFonts w:ascii="Arial" w:hAnsi="Arial"/>
                <w:b/>
                <w:sz w:val="20"/>
              </w:rPr>
              <w:t>Complete mailing address</w:t>
            </w:r>
          </w:p>
        </w:tc>
        <w:tc>
          <w:tcPr>
            <w:tcW w:type="dxa" w:w="2304"/>
            <w:shd w:fill="EEEEEE"/>
            <w:vAlign w:val="center"/>
            <w:tcMar>
              <w:top w:w="80" w:type="dxa"/>
              <w:left w:w="80" w:type="dxa"/>
              <w:bottom w:w="80" w:type="dxa"/>
              <w:right w:w="80" w:type="dxa"/>
            </w:tcMar>
          </w:tcPr>
          <w:p>
            <w:pPr>
              <w:spacing w:after="40" w:line="252" w:lineRule="auto"/>
            </w:pPr>
            <w:r>
              <w:rPr>
                <w:rFonts w:ascii="Arial" w:hAnsi="Arial"/>
                <w:b/>
                <w:sz w:val="20"/>
              </w:rPr>
              <w:t>Telephone and email</w:t>
            </w:r>
          </w:p>
        </w:tc>
        <w:tc>
          <w:tcPr>
            <w:tcW w:type="dxa" w:w="2880"/>
            <w:shd w:fill="EEEEEE"/>
            <w:vAlign w:val="center"/>
            <w:tcMar>
              <w:top w:w="80" w:type="dxa"/>
              <w:left w:w="80" w:type="dxa"/>
              <w:bottom w:w="80" w:type="dxa"/>
              <w:right w:w="80" w:type="dxa"/>
            </w:tcMar>
          </w:tcPr>
          <w:p>
            <w:pPr>
              <w:spacing w:after="40" w:line="252" w:lineRule="auto"/>
            </w:pPr>
            <w:r>
              <w:rPr>
                <w:rFonts w:ascii="Arial" w:hAnsi="Arial"/>
                <w:b/>
                <w:sz w:val="20"/>
              </w:rPr>
              <w:t>Relationship</w:t>
            </w:r>
          </w:p>
        </w:tc>
      </w:tr>
      <w:tr>
        <w:trPr>
          <w:trHeight w:val="864"/>
        </w:trPr>
        <w:tc>
          <w:tcPr>
            <w:tcW w:type="dxa" w:w="2016"/>
            <w:vAlign w:val="center"/>
            <w:tcMar>
              <w:top w:w="80" w:type="dxa"/>
              <w:left w:w="80" w:type="dxa"/>
              <w:bottom w:w="80" w:type="dxa"/>
              <w:right w:w="80" w:type="dxa"/>
            </w:tcMar>
          </w:tcPr>
          <w:p>
            <w:pPr>
              <w:spacing w:after="40" w:line="252" w:lineRule="auto"/>
            </w:pPr>
            <w:sdt>
              <w:sdtPr>
                <w:alias w:val="Table 5 row 1 Name"/>
                <w:tag w:val="Table 5 row 1 Name"/>
                <w:id w:val="10184"/>
                <w:text/>
                <w:showingPlcHdr/>
              </w:sdtPr>
              <w:sdtContent>
                <w:r>
                  <w:rPr>
                    <w:shd w:fill="EDF3FC"/>
                  </w:rPr>
                  <w:t xml:space="preserve">[Type here]</w:t>
                </w:r>
              </w:sdtContent>
            </w:sdt>
          </w:p>
        </w:tc>
        <w:tc>
          <w:tcPr>
            <w:tcW w:type="dxa" w:w="3024"/>
            <w:vAlign w:val="center"/>
            <w:tcMar>
              <w:top w:w="80" w:type="dxa"/>
              <w:left w:w="80" w:type="dxa"/>
              <w:bottom w:w="80" w:type="dxa"/>
              <w:right w:w="80" w:type="dxa"/>
            </w:tcMar>
          </w:tcPr>
          <w:p>
            <w:pPr>
              <w:spacing w:after="40" w:line="252" w:lineRule="auto"/>
            </w:pPr>
            <w:sdt>
              <w:sdtPr>
                <w:alias w:val="Table 5 row 1 Complete mailing address"/>
                <w:tag w:val="Table 5 row 1 Complete mailing address"/>
                <w:id w:val="10185"/>
                <w:text/>
                <w:showingPlcHdr/>
              </w:sdtPr>
              <w:sdtContent>
                <w:r>
                  <w:rPr>
                    <w:shd w:fill="EDF3FC"/>
                  </w:rPr>
                  <w:t xml:space="preserve">[Type here]</w:t>
                </w:r>
              </w:sdtContent>
            </w:sdt>
          </w:p>
        </w:tc>
        <w:tc>
          <w:tcPr>
            <w:tcW w:type="dxa" w:w="2304"/>
            <w:vAlign w:val="center"/>
            <w:tcMar>
              <w:top w:w="80" w:type="dxa"/>
              <w:left w:w="80" w:type="dxa"/>
              <w:bottom w:w="80" w:type="dxa"/>
              <w:right w:w="80" w:type="dxa"/>
            </w:tcMar>
          </w:tcPr>
          <w:p>
            <w:pPr>
              <w:spacing w:after="40" w:line="252" w:lineRule="auto"/>
            </w:pPr>
            <w:sdt>
              <w:sdtPr>
                <w:alias w:val="Table 5 row 1 Telephone and email"/>
                <w:tag w:val="Table 5 row 1 Telephone and email"/>
                <w:id w:val="10186"/>
                <w:text/>
                <w:showingPlcHdr/>
              </w:sdtPr>
              <w:sdtContent>
                <w:r>
                  <w:rPr>
                    <w:shd w:fill="EDF3FC"/>
                  </w:rPr>
                  <w:t xml:space="preserve">[Type here]</w:t>
                </w:r>
              </w:sdtContent>
            </w:sdt>
          </w:p>
        </w:tc>
        <w:tc>
          <w:tcPr>
            <w:tcW w:type="dxa" w:w="2880"/>
            <w:vAlign w:val="center"/>
            <w:tcMar>
              <w:top w:w="80" w:type="dxa"/>
              <w:left w:w="80" w:type="dxa"/>
              <w:bottom w:w="80" w:type="dxa"/>
              <w:right w:w="80" w:type="dxa"/>
            </w:tcMar>
          </w:tcPr>
          <w:p>
            <w:pPr>
              <w:spacing w:after="40" w:line="252" w:lineRule="auto"/>
            </w:pPr>
            <w:sdt>
              <w:sdtPr>
                <w:alias w:val="Table 5 row 1 Relationship"/>
                <w:tag w:val="Table 5 row 1 Relationship"/>
                <w:id w:val="10187"/>
                <w:text/>
                <w:showingPlcHdr/>
              </w:sdtPr>
              <w:sdtContent>
                <w:r>
                  <w:rPr>
                    <w:shd w:fill="EDF3FC"/>
                  </w:rPr>
                  <w:t xml:space="preserve">[Type here]</w:t>
                </w:r>
              </w:sdtContent>
            </w:sdt>
          </w:p>
        </w:tc>
      </w:tr>
      <w:tr>
        <w:trPr>
          <w:trHeight w:val="864"/>
        </w:trPr>
        <w:tc>
          <w:tcPr>
            <w:tcW w:type="dxa" w:w="2016"/>
            <w:vAlign w:val="center"/>
            <w:tcMar>
              <w:top w:w="80" w:type="dxa"/>
              <w:left w:w="80" w:type="dxa"/>
              <w:bottom w:w="80" w:type="dxa"/>
              <w:right w:w="80" w:type="dxa"/>
            </w:tcMar>
          </w:tcPr>
          <w:p>
            <w:pPr>
              <w:spacing w:after="40" w:line="252" w:lineRule="auto"/>
            </w:pPr>
            <w:sdt>
              <w:sdtPr>
                <w:alias w:val="Table 5 row 2 Name"/>
                <w:tag w:val="Table 5 row 2 Name"/>
                <w:id w:val="10188"/>
                <w:text/>
                <w:showingPlcHdr/>
              </w:sdtPr>
              <w:sdtContent>
                <w:r>
                  <w:rPr>
                    <w:shd w:fill="EDF3FC"/>
                  </w:rPr>
                  <w:t xml:space="preserve">[Type here]</w:t>
                </w:r>
              </w:sdtContent>
            </w:sdt>
          </w:p>
        </w:tc>
        <w:tc>
          <w:tcPr>
            <w:tcW w:type="dxa" w:w="3024"/>
            <w:vAlign w:val="center"/>
            <w:tcMar>
              <w:top w:w="80" w:type="dxa"/>
              <w:left w:w="80" w:type="dxa"/>
              <w:bottom w:w="80" w:type="dxa"/>
              <w:right w:w="80" w:type="dxa"/>
            </w:tcMar>
          </w:tcPr>
          <w:p>
            <w:pPr>
              <w:spacing w:after="40" w:line="252" w:lineRule="auto"/>
            </w:pPr>
            <w:sdt>
              <w:sdtPr>
                <w:alias w:val="Table 5 row 2 Complete mailing address"/>
                <w:tag w:val="Table 5 row 2 Complete mailing address"/>
                <w:id w:val="10189"/>
                <w:text/>
                <w:showingPlcHdr/>
              </w:sdtPr>
              <w:sdtContent>
                <w:r>
                  <w:rPr>
                    <w:shd w:fill="EDF3FC"/>
                  </w:rPr>
                  <w:t xml:space="preserve">[Type here]</w:t>
                </w:r>
              </w:sdtContent>
            </w:sdt>
          </w:p>
        </w:tc>
        <w:tc>
          <w:tcPr>
            <w:tcW w:type="dxa" w:w="2304"/>
            <w:vAlign w:val="center"/>
            <w:tcMar>
              <w:top w:w="80" w:type="dxa"/>
              <w:left w:w="80" w:type="dxa"/>
              <w:bottom w:w="80" w:type="dxa"/>
              <w:right w:w="80" w:type="dxa"/>
            </w:tcMar>
          </w:tcPr>
          <w:p>
            <w:pPr>
              <w:spacing w:after="40" w:line="252" w:lineRule="auto"/>
            </w:pPr>
            <w:sdt>
              <w:sdtPr>
                <w:alias w:val="Table 5 row 2 Telephone and email"/>
                <w:tag w:val="Table 5 row 2 Telephone and email"/>
                <w:id w:val="10190"/>
                <w:text/>
                <w:showingPlcHdr/>
              </w:sdtPr>
              <w:sdtContent>
                <w:r>
                  <w:rPr>
                    <w:shd w:fill="EDF3FC"/>
                  </w:rPr>
                  <w:t xml:space="preserve">[Type here]</w:t>
                </w:r>
              </w:sdtContent>
            </w:sdt>
          </w:p>
        </w:tc>
        <w:tc>
          <w:tcPr>
            <w:tcW w:type="dxa" w:w="2880"/>
            <w:vAlign w:val="center"/>
            <w:tcMar>
              <w:top w:w="80" w:type="dxa"/>
              <w:left w:w="80" w:type="dxa"/>
              <w:bottom w:w="80" w:type="dxa"/>
              <w:right w:w="80" w:type="dxa"/>
            </w:tcMar>
          </w:tcPr>
          <w:p>
            <w:pPr>
              <w:spacing w:after="40" w:line="252" w:lineRule="auto"/>
            </w:pPr>
            <w:sdt>
              <w:sdtPr>
                <w:alias w:val="Table 5 row 2 Relationship"/>
                <w:tag w:val="Table 5 row 2 Relationship"/>
                <w:id w:val="10191"/>
                <w:text/>
                <w:showingPlcHdr/>
              </w:sdtPr>
              <w:sdtContent>
                <w:r>
                  <w:rPr>
                    <w:shd w:fill="EDF3FC"/>
                  </w:rPr>
                  <w:t xml:space="preserve">[Type here]</w:t>
                </w:r>
              </w:sdtContent>
            </w:sdt>
          </w:p>
        </w:tc>
      </w:tr>
      <w:tr>
        <w:trPr>
          <w:trHeight w:val="864"/>
        </w:trPr>
        <w:tc>
          <w:tcPr>
            <w:tcW w:type="dxa" w:w="2016"/>
            <w:vAlign w:val="center"/>
            <w:tcMar>
              <w:top w:w="80" w:type="dxa"/>
              <w:left w:w="80" w:type="dxa"/>
              <w:bottom w:w="80" w:type="dxa"/>
              <w:right w:w="80" w:type="dxa"/>
            </w:tcMar>
          </w:tcPr>
          <w:p>
            <w:pPr>
              <w:spacing w:after="40" w:line="252" w:lineRule="auto"/>
            </w:pPr>
            <w:sdt>
              <w:sdtPr>
                <w:alias w:val="Table 5 row 3 Name"/>
                <w:tag w:val="Table 5 row 3 Name"/>
                <w:id w:val="10192"/>
                <w:text/>
                <w:showingPlcHdr/>
              </w:sdtPr>
              <w:sdtContent>
                <w:r>
                  <w:rPr>
                    <w:shd w:fill="EDF3FC"/>
                  </w:rPr>
                  <w:t xml:space="preserve">[Type here]</w:t>
                </w:r>
              </w:sdtContent>
            </w:sdt>
          </w:p>
        </w:tc>
        <w:tc>
          <w:tcPr>
            <w:tcW w:type="dxa" w:w="3024"/>
            <w:vAlign w:val="center"/>
            <w:tcMar>
              <w:top w:w="80" w:type="dxa"/>
              <w:left w:w="80" w:type="dxa"/>
              <w:bottom w:w="80" w:type="dxa"/>
              <w:right w:w="80" w:type="dxa"/>
            </w:tcMar>
          </w:tcPr>
          <w:p>
            <w:pPr>
              <w:spacing w:after="40" w:line="252" w:lineRule="auto"/>
            </w:pPr>
            <w:sdt>
              <w:sdtPr>
                <w:alias w:val="Table 5 row 3 Complete mailing address"/>
                <w:tag w:val="Table 5 row 3 Complete mailing address"/>
                <w:id w:val="10193"/>
                <w:text/>
                <w:showingPlcHdr/>
              </w:sdtPr>
              <w:sdtContent>
                <w:r>
                  <w:rPr>
                    <w:shd w:fill="EDF3FC"/>
                  </w:rPr>
                  <w:t xml:space="preserve">[Type here]</w:t>
                </w:r>
              </w:sdtContent>
            </w:sdt>
          </w:p>
        </w:tc>
        <w:tc>
          <w:tcPr>
            <w:tcW w:type="dxa" w:w="2304"/>
            <w:vAlign w:val="center"/>
            <w:tcMar>
              <w:top w:w="80" w:type="dxa"/>
              <w:left w:w="80" w:type="dxa"/>
              <w:bottom w:w="80" w:type="dxa"/>
              <w:right w:w="80" w:type="dxa"/>
            </w:tcMar>
          </w:tcPr>
          <w:p>
            <w:pPr>
              <w:spacing w:after="40" w:line="252" w:lineRule="auto"/>
            </w:pPr>
            <w:sdt>
              <w:sdtPr>
                <w:alias w:val="Table 5 row 3 Telephone and email"/>
                <w:tag w:val="Table 5 row 3 Telephone and email"/>
                <w:id w:val="10194"/>
                <w:text/>
                <w:showingPlcHdr/>
              </w:sdtPr>
              <w:sdtContent>
                <w:r>
                  <w:rPr>
                    <w:shd w:fill="EDF3FC"/>
                  </w:rPr>
                  <w:t xml:space="preserve">[Type here]</w:t>
                </w:r>
              </w:sdtContent>
            </w:sdt>
          </w:p>
        </w:tc>
        <w:tc>
          <w:tcPr>
            <w:tcW w:type="dxa" w:w="2880"/>
            <w:vAlign w:val="center"/>
            <w:tcMar>
              <w:top w:w="80" w:type="dxa"/>
              <w:left w:w="80" w:type="dxa"/>
              <w:bottom w:w="80" w:type="dxa"/>
              <w:right w:w="80" w:type="dxa"/>
            </w:tcMar>
          </w:tcPr>
          <w:p>
            <w:pPr>
              <w:spacing w:after="40" w:line="252" w:lineRule="auto"/>
            </w:pPr>
            <w:sdt>
              <w:sdtPr>
                <w:alias w:val="Table 5 row 3 Relationship"/>
                <w:tag w:val="Table 5 row 3 Relationship"/>
                <w:id w:val="10195"/>
                <w:text/>
                <w:showingPlcHdr/>
              </w:sdtPr>
              <w:sdtContent>
                <w:r>
                  <w:rPr>
                    <w:shd w:fill="EDF3FC"/>
                  </w:rPr>
                  <w:t xml:space="preserve">[Type here]</w:t>
                </w:r>
              </w:sdtContent>
            </w:sdt>
          </w:p>
        </w:tc>
      </w:tr>
    </w:tbl>
    <w:p>
      <w:pPr>
        <w:pStyle w:val="Heading1"/>
        <w:spacing w:before="240" w:after="200" w:line="259" w:lineRule="auto"/>
        <w:jc w:val="center"/>
      </w:pPr>
      <w:r>
        <w:rPr>
          <w:rFonts w:ascii="Arial" w:hAnsi="Arial"/>
          <w:sz w:val="26"/>
        </w:rPr>
        <w:t>Teaching Interests</w:t>
      </w:r>
    </w:p>
    <w:p>
      <w:pPr>
        <w:spacing w:after="180" w:line="259" w:lineRule="auto"/>
      </w:pPr>
      <w:r>
        <w:rPr>
          <w:rFonts w:ascii="Arial" w:hAnsi="Arial"/>
          <w:b w:val="0"/>
          <w:sz w:val="22"/>
        </w:rPr>
        <w:t>Describe why you want to teach in Richland Parish. Include your preferred grade level or subject.</w:t>
      </w:r>
    </w:p>
    <w:tbl>
      <w:tblPr>
        <w:tblW w:type="auto" w:w="0"/>
        <w:tblLayout w:type="fixed"/>
        <w:tblLook w:firstColumn="1" w:firstRow="1" w:lastColumn="0" w:lastRow="0" w:noHBand="0" w:noVBand="1" w:val="04A0"/>
      </w:tblPr>
      <w:tblGrid>
        <w:gridCol w:w="10224"/>
      </w:tblGrid>
      <w:tr>
        <w:trPr>
          <w:trHeight w:val="5760"/>
        </w:trPr>
        <w:tc>
          <w:tcPr>
            <w:tcW w:type="dxa" w:w="10224"/>
            <w:tcBorders>
              <w:top w:val="single" w:sz="4" w:color="B8C3D3"/>
              <w:bottom w:val="single" w:sz="4" w:color="B8C3D3"/>
              <w:left w:val="single" w:sz="4" w:color="B8C3D3"/>
              <w:right w:val="single" w:sz="4" w:color="B8C3D3"/>
            </w:tcBorders>
            <w:vAlign w:val="top"/>
            <w:tcMar>
              <w:top w:w="100" w:type="dxa"/>
              <w:left w:w="100" w:type="dxa"/>
              <w:bottom w:w="100" w:type="dxa"/>
              <w:right w:w="100" w:type="dxa"/>
            </w:tcMar>
          </w:tcPr>
          <w:p>
            <w:sdt>
              <w:sdtPr>
                <w:alias w:val="Table 6 row 0 "/>
                <w:tag w:val="Table 6 row 0 "/>
                <w:id w:val="10196"/>
                <w:text/>
                <w:showingPlcHdr/>
              </w:sdtPr>
              <w:sdtContent>
                <w:r>
                  <w:rPr>
                    <w:shd w:fill="EDF3FC"/>
                  </w:rPr>
                  <w:t xml:space="preserve">[Type here]</w:t>
                </w:r>
              </w:sdtContent>
            </w:sdt>
          </w:p>
        </w:tc>
      </w:tr>
    </w:tbl>
    <w:p>
      <w:pPr>
        <w:spacing w:after="180" w:line="259" w:lineRule="auto"/>
      </w:pPr>
      <w:r>
        <w:rPr>
          <w:rFonts w:ascii="Arial" w:hAnsi="Arial"/>
          <w:sz w:val="22"/>
        </w:rPr>
        <w:br w:type="page"/>
      </w:r>
    </w:p>
    <w:p>
      <w:pPr>
        <w:pStyle w:val="Heading1"/>
        <w:spacing w:before="240" w:after="200" w:line="259" w:lineRule="auto"/>
        <w:jc w:val="center"/>
      </w:pPr>
      <w:r>
        <w:rPr>
          <w:rFonts w:ascii="Arial" w:hAnsi="Arial"/>
          <w:sz w:val="36"/>
        </w:rPr>
        <w:t>Ethics and Attendance Disclosure</w:t>
      </w:r>
    </w:p>
    <w:p>
      <w:pPr>
        <w:spacing w:after="180" w:line="259" w:lineRule="auto"/>
      </w:pPr>
      <w:r>
        <w:t xml:space="preserve">Applicant name </w:t>
      </w:r>
      <w:sdt>
        <w:sdtPr>
          <w:alias w:val="58 Applicant name   Date 46"/>
          <w:tag w:val="58 Applicant name   Date 46"/>
          <w:id w:val="10047"/>
          <w:text/>
          <w:showingPlcHdr/>
        </w:sdtPr>
        <w:sdtContent>
          <w:r>
            <w:rPr>
              <w:shd w:fill="EDF3FC"/>
            </w:rPr>
            <w:t xml:space="preserve">Click to enter                                                                   </w:t>
          </w:r>
        </w:sdtContent>
      </w:sdt>
      <w:r>
        <w:t xml:space="preserve">  Date </w:t>
      </w:r>
      <w:sdt>
        <w:sdtPr>
          <w:alias w:val="58 Applicant name   Date 47"/>
          <w:tag w:val="58 Applicant name   Date 47"/>
          <w:id w:val="10048"/>
          <w:text/>
          <w:showingPlcHdr/>
        </w:sdtPr>
        <w:sdtContent>
          <w:r>
            <w:rPr>
              <w:shd w:fill="EDF3FC"/>
            </w:rPr>
            <w:t xml:space="preserve">Enter         </w:t>
          </w:r>
        </w:sdtContent>
      </w:sdt>
    </w:p>
    <w:p>
      <w:pPr>
        <w:pStyle w:val="Heading1"/>
        <w:spacing w:before="240" w:after="200" w:line="259" w:lineRule="auto"/>
        <w:jc w:val="center"/>
      </w:pPr>
      <w:r>
        <w:rPr>
          <w:rFonts w:ascii="Arial" w:hAnsi="Arial"/>
          <w:sz w:val="26"/>
        </w:rPr>
        <w:t>Immediate Family Relationships</w:t>
      </w:r>
    </w:p>
    <w:p>
      <w:pPr>
        <w:spacing w:after="180" w:line="259" w:lineRule="auto"/>
      </w:pPr>
      <w:r>
        <w:rPr>
          <w:rFonts w:ascii="Arial" w:hAnsi="Arial"/>
          <w:b w:val="0"/>
          <w:sz w:val="22"/>
        </w:rPr>
        <w:t>Certain provisions of the Louisiana Code of Governmental Ethics govern employment and personnel matters and restrict positions that may be filled by immediate family members of the superintendent or school board members.</w:t>
      </w:r>
    </w:p>
    <w:p>
      <w:pPr>
        <w:spacing w:after="180" w:line="259" w:lineRule="auto"/>
      </w:pPr>
      <w:r>
        <w:rPr>
          <w:rFonts w:ascii="Arial" w:hAnsi="Arial"/>
          <w:b w:val="0"/>
          <w:sz w:val="22"/>
        </w:rPr>
        <w:t>For this disclosure, immediate family under La. R.S. 42:1102 includes children; spouses of children; brothers and their spouses; sisters and their spouses; parents; spouse; and parents of the spouse.</w:t>
      </w:r>
    </w:p>
    <w:p>
      <w:pPr>
        <w:spacing w:after="180" w:line="259" w:lineRule="auto"/>
      </w:pPr>
      <w:r>
        <w:t xml:space="preserve">Are you an immediate family member of the superintendent or any Richland Parish School Board member?  </w:t>
      </w:r>
      <w:sdt>
        <w:sdtPr>
          <w:alias w:val="62 Are you an immediate family member of the superintendent or any R option 48"/>
          <w:tag w:val="62 Are you an immediate family member of the superintendent or any R option 48"/>
          <w:id w:val="10049"/>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62 Are you an immediate family member of the superintendent or any R option 49"/>
          <w:tag w:val="62 Are you an immediate family member of the superintendent or any R option 49"/>
          <w:id w:val="10050"/>
          <w14:checkbox>
            <w14:checked w14:val="0"/>
            <w14:checkedState w14:val="2612" w14:font="MS Gothic"/>
            <w14:uncheckedState w14:val="2610" w14:font="MS Gothic"/>
          </w14:checkbox>
        </w:sdtPr>
        <w:sdtContent>
          <w:r>
            <w:rPr>
              <w:shd w:fill="EDF3FC"/>
            </w:rPr>
            <w:t xml:space="preserve">☐</w:t>
          </w:r>
        </w:sdtContent>
      </w:sdt>
      <w:r>
        <w:t xml:space="preserve"> No</w:t>
      </w:r>
    </w:p>
    <w:p>
      <w:pPr>
        <w:spacing w:after="180" w:line="259" w:lineRule="auto"/>
      </w:pPr>
      <w:r>
        <w:rPr>
          <w:rFonts w:ascii="Arial" w:hAnsi="Arial"/>
          <w:b w:val="0"/>
          <w:sz w:val="22"/>
        </w:rPr>
        <w:t>If yes, list each person, office or position, and your exact relationship.</w:t>
      </w:r>
    </w:p>
    <w:p>
      <w:pPr>
        <w:spacing w:after="180" w:line="259" w:lineRule="auto"/>
      </w:pPr>
      <w:sdt>
        <w:sdtPr>
          <w:alias w:val="64 Additional response 50"/>
          <w:tag w:val="64 Additional response 50"/>
          <w:id w:val="10051"/>
          <w:text/>
          <w:showingPlcHdr/>
        </w:sdtPr>
        <w:sdtContent>
          <w:r>
            <w:rPr>
              <w:shd w:fill="EDF3FC"/>
            </w:rPr>
            <w:t xml:space="preserve">Click to enter                                                                                                                                         </w:t>
          </w:r>
        </w:sdtContent>
      </w:sdt>
    </w:p>
    <w:p>
      <w:pPr>
        <w:spacing w:after="180" w:line="259" w:lineRule="auto"/>
      </w:pPr>
      <w:sdt>
        <w:sdtPr>
          <w:alias w:val="65 Additional response 51"/>
          <w:tag w:val="65 Additional response 51"/>
          <w:id w:val="10052"/>
          <w:text/>
          <w:showingPlcHdr/>
        </w:sdtPr>
        <w:sdtContent>
          <w:r>
            <w:rPr>
              <w:shd w:fill="EDF3FC"/>
            </w:rPr>
            <w:t xml:space="preserve">Click to enter                                                                                                                                         </w:t>
          </w:r>
        </w:sdtContent>
      </w:sdt>
    </w:p>
    <w:p>
      <w:pPr>
        <w:spacing w:after="180" w:line="259" w:lineRule="auto"/>
      </w:pPr>
      <w:sdt>
        <w:sdtPr>
          <w:alias w:val="66 Additional response 52"/>
          <w:tag w:val="66 Additional response 52"/>
          <w:id w:val="10053"/>
          <w:text/>
          <w:showingPlcHdr/>
        </w:sdtPr>
        <w:sdtContent>
          <w:r>
            <w:rPr>
              <w:shd w:fill="EDF3FC"/>
            </w:rPr>
            <w:t xml:space="preserve">Click to enter                                                                                                                                         </w:t>
          </w:r>
        </w:sdtContent>
      </w:sdt>
    </w:p>
    <w:p>
      <w:pPr>
        <w:spacing w:after="180" w:line="259" w:lineRule="auto"/>
      </w:pPr>
      <w:r>
        <w:t>If you are already employed by RPSB, provide your original employment date and position.</w:t>
        <w:br/>
      </w:r>
      <w:sdt>
        <w:sdtPr>
          <w:alias w:val="67 If you are already employed by RPSB, provide your original employ 53"/>
          <w:tag w:val="67 If you are already employed by RPSB, provide your original employ 53"/>
          <w:id w:val="10054"/>
          <w:text/>
          <w:showingPlcHdr/>
        </w:sdtPr>
        <w:sdtContent>
          <w:r>
            <w:rPr>
              <w:shd w:fill="EDF3FC"/>
            </w:rPr>
            <w:t xml:space="preserve">Click to enter                                                                                                                                         </w:t>
          </w:r>
        </w:sdtContent>
      </w:sdt>
    </w:p>
    <w:p>
      <w:pPr>
        <w:spacing w:after="180" w:line="259" w:lineRule="auto"/>
      </w:pPr>
      <w:r>
        <w:rPr>
          <w:rFonts w:ascii="Arial" w:hAnsi="Arial"/>
          <w:b w:val="0"/>
          <w:sz w:val="22"/>
        </w:rPr>
        <w:t>A disclosed relationship requires review by Personnel under La. R.S. 42:1119 and does not by itself determine employment eligibility. Provide complete information even if you believe an exception applies.</w:t>
      </w:r>
    </w:p>
    <w:p>
      <w:pPr>
        <w:pStyle w:val="Heading1"/>
        <w:spacing w:before="240" w:after="200" w:line="259" w:lineRule="auto"/>
        <w:jc w:val="center"/>
      </w:pPr>
      <w:r>
        <w:rPr>
          <w:rFonts w:ascii="Arial" w:hAnsi="Arial"/>
          <w:sz w:val="26"/>
        </w:rPr>
        <w:t>Attendance and Punctuality</w:t>
      </w:r>
    </w:p>
    <w:p>
      <w:pPr>
        <w:spacing w:after="180" w:line="259" w:lineRule="auto"/>
      </w:pPr>
      <w:r>
        <w:rPr>
          <w:rFonts w:ascii="Arial" w:hAnsi="Arial"/>
          <w:b w:val="0"/>
          <w:sz w:val="22"/>
        </w:rPr>
        <w:t>Regular attendance, punctuality and compliance with work schedules are important job expectations, subject to applicable leave and accommodation requirements.</w:t>
      </w:r>
    </w:p>
    <w:p>
      <w:pPr>
        <w:spacing w:after="180" w:line="259" w:lineRule="auto"/>
      </w:pPr>
      <w:r>
        <w:t>Can you meet the attendance and work schedule requirements of the position?</w:t>
        <w:br/>
      </w:r>
      <w:sdt>
        <w:sdtPr>
          <w:alias w:val="71 Can you meet the attendance and work schedule requirements of the option 54"/>
          <w:tag w:val="71 Can you meet the attendance and work schedule requirements of the option 54"/>
          <w:id w:val="10055"/>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71 Can you meet the attendance and work schedule requirements of the option 55"/>
          <w:tag w:val="71 Can you meet the attendance and work schedule requirements of the option 55"/>
          <w:id w:val="10056"/>
          <w14:checkbox>
            <w14:checked w14:val="0"/>
            <w14:checkedState w14:val="2612" w14:font="MS Gothic"/>
            <w14:uncheckedState w14:val="2610" w14:font="MS Gothic"/>
          </w14:checkbox>
        </w:sdtPr>
        <w:sdtContent>
          <w:r>
            <w:rPr>
              <w:shd w:fill="EDF3FC"/>
            </w:rPr>
            <w:t xml:space="preserve">☐</w:t>
          </w:r>
        </w:sdtContent>
      </w:sdt>
      <w:r>
        <w:t xml:space="preserve"> No</w:t>
      </w:r>
    </w:p>
    <w:p>
      <w:pPr>
        <w:spacing w:after="180" w:line="259" w:lineRule="auto"/>
      </w:pPr>
      <w:r>
        <w:rPr>
          <w:rFonts w:ascii="Arial" w:hAnsi="Arial"/>
          <w:b w:val="0"/>
          <w:sz w:val="22"/>
        </w:rPr>
        <w:t>Optional explanation limited to work schedule availability. Do not include diagnoses, medical history, disability information or reasons for medical leave.</w:t>
      </w:r>
    </w:p>
    <w:p>
      <w:pPr>
        <w:spacing w:after="180" w:line="259" w:lineRule="auto"/>
      </w:pPr>
      <w:sdt>
        <w:sdtPr>
          <w:alias w:val="73 Additional response 56"/>
          <w:tag w:val="73 Additional response 56"/>
          <w:id w:val="10057"/>
          <w:text/>
          <w:showingPlcHdr/>
        </w:sdtPr>
        <w:sdtContent>
          <w:r>
            <w:rPr>
              <w:shd w:fill="EDF3FC"/>
            </w:rPr>
            <w:t xml:space="preserve">Click to enter                                                                                                                                         </w:t>
          </w:r>
        </w:sdtContent>
      </w:sdt>
    </w:p>
    <w:p>
      <w:pPr>
        <w:spacing w:after="180" w:line="259" w:lineRule="auto"/>
      </w:pPr>
      <w:sdt>
        <w:sdtPr>
          <w:alias w:val="74 Additional response 57"/>
          <w:tag w:val="74 Additional response 57"/>
          <w:id w:val="10058"/>
          <w:text/>
          <w:showingPlcHdr/>
        </w:sdtPr>
        <w:sdtContent>
          <w:r>
            <w:rPr>
              <w:shd w:fill="EDF3FC"/>
            </w:rPr>
            <w:t xml:space="preserve">Click to enter                                                                                                                                         </w:t>
          </w:r>
        </w:sdtContent>
      </w:sdt>
    </w:p>
    <w:p>
      <w:pPr>
        <w:spacing w:after="180" w:line="259" w:lineRule="auto"/>
      </w:pPr>
      <w:r>
        <w:rPr>
          <w:rFonts w:ascii="Arial" w:hAnsi="Arial"/>
          <w:b w:val="0"/>
          <w:sz w:val="22"/>
        </w:rPr>
        <w:t>I understand that RPSB may verify job performance, attendance and punctuality through job-related reference checks. I will not provide medical records or medical explanations with this application.</w:t>
      </w:r>
    </w:p>
    <w:p>
      <w:pPr>
        <w:spacing w:after="180" w:line="259" w:lineRule="auto"/>
      </w:pPr>
      <w:r>
        <w:rPr>
          <w:rFonts w:ascii="Arial" w:hAnsi="Arial"/>
          <w:b w:val="0"/>
          <w:sz w:val="22"/>
        </w:rPr>
        <w:t>I certify that the information on this page is true and complete.</w:t>
      </w:r>
    </w:p>
    <w:p>
      <w:pPr>
        <w:spacing w:after="180" w:line="259" w:lineRule="auto"/>
      </w:pPr>
      <w:r>
        <w:t xml:space="preserve">Applicant signature </w:t>
      </w:r>
      <w:sdt>
        <w:sdtPr>
          <w:alias w:val="77 Applicant signature  Date 58"/>
          <w:tag w:val="77 Applicant signature  Date 58"/>
          <w:id w:val="10059"/>
          <w:text/>
          <w:showingPlcHdr/>
        </w:sdtPr>
        <w:sdtContent>
          <w:r>
            <w:rPr>
              <w:shd w:fill="EDF3FC"/>
            </w:rPr>
            <w:t xml:space="preserve">Click to enter                                                       </w:t>
          </w:r>
        </w:sdtContent>
      </w:sdt>
      <w:r>
        <w:t xml:space="preserve"> Date </w:t>
      </w:r>
      <w:sdt>
        <w:sdtPr>
          <w:alias w:val="77 Applicant signature  Date 59"/>
          <w:tag w:val="77 Applicant signature  Date 59"/>
          <w:id w:val="10060"/>
          <w:text/>
          <w:showingPlcHdr/>
        </w:sdtPr>
        <w:sdtContent>
          <w:r>
            <w:rPr>
              <w:shd w:fill="EDF3FC"/>
            </w:rPr>
            <w:t xml:space="preserve">Click to enter                 </w:t>
          </w:r>
        </w:sdtContent>
      </w:sdt>
    </w:p>
    <w:p>
      <w:pPr>
        <w:spacing w:after="180" w:line="259" w:lineRule="auto"/>
      </w:pPr>
      <w:r>
        <w:rPr>
          <w:rFonts w:ascii="Arial" w:hAnsi="Arial"/>
          <w:sz w:val="22"/>
        </w:rPr>
        <w:br w:type="page"/>
      </w:r>
    </w:p>
    <w:p>
      <w:pPr>
        <w:pStyle w:val="Heading1"/>
        <w:spacing w:before="240" w:after="200" w:line="259" w:lineRule="auto"/>
        <w:jc w:val="center"/>
      </w:pPr>
      <w:r>
        <w:rPr>
          <w:rFonts w:ascii="Arial" w:hAnsi="Arial"/>
          <w:sz w:val="36"/>
        </w:rPr>
        <w:t>Test Security Disclosure</w:t>
      </w:r>
    </w:p>
    <w:p>
      <w:pPr>
        <w:spacing w:after="140" w:line="259" w:lineRule="auto"/>
      </w:pPr>
      <w:r>
        <w:t xml:space="preserve">Applicant name </w:t>
      </w:r>
      <w:sdt>
        <w:sdtPr>
          <w:alias w:val="80 Applicant name   Date 60"/>
          <w:tag w:val="80 Applicant name   Date 60"/>
          <w:id w:val="10061"/>
          <w:text/>
          <w:showingPlcHdr/>
        </w:sdtPr>
        <w:sdtContent>
          <w:r>
            <w:rPr>
              <w:shd w:fill="EDF3FC"/>
            </w:rPr>
            <w:t xml:space="preserve">Click to enter                                                                   </w:t>
          </w:r>
        </w:sdtContent>
      </w:sdt>
      <w:r>
        <w:t xml:space="preserve">  Date </w:t>
      </w:r>
      <w:sdt>
        <w:sdtPr>
          <w:alias w:val="80 Applicant name   Date 61"/>
          <w:tag w:val="80 Applicant name   Date 61"/>
          <w:id w:val="10062"/>
          <w:text/>
          <w:showingPlcHdr/>
        </w:sdtPr>
        <w:sdtContent>
          <w:r>
            <w:rPr>
              <w:shd w:fill="EDF3FC"/>
            </w:rPr>
            <w:t xml:space="preserve">Enter         </w:t>
          </w:r>
        </w:sdtContent>
      </w:sdt>
    </w:p>
    <w:p>
      <w:pPr>
        <w:spacing w:after="140" w:line="259" w:lineRule="auto"/>
      </w:pPr>
      <w:r>
        <w:rPr>
          <w:rFonts w:ascii="Arial" w:hAnsi="Arial"/>
          <w:b w:val="0"/>
          <w:sz w:val="21"/>
        </w:rPr>
        <w:t>La. R.S. 17:15 — Read carefully and answer each question. For these questions, facilitating cheating includes personally or by assisting another: providing or suggesting answers to students; correcting an answer or suggesting a correction; providing information during an assessment; or violating test security or assessment administration procedures.</w:t>
      </w:r>
    </w:p>
    <w:p>
      <w:pPr>
        <w:spacing w:after="140" w:line="259" w:lineRule="auto"/>
      </w:pPr>
      <w:r>
        <w:t xml:space="preserve">1. Have you ever been accused of facilitating cheating on a state assessment or other standardized test?  </w:t>
      </w:r>
      <w:sdt>
        <w:sdtPr>
          <w:alias w:val="82 1. Have you ever been accused of facilitating cheating on a state option 62"/>
          <w:tag w:val="82 1. Have you ever been accused of facilitating cheating on a state option 62"/>
          <w:id w:val="10063"/>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82 1. Have you ever been accused of facilitating cheating on a state option 63"/>
          <w:tag w:val="82 1. Have you ever been accused of facilitating cheating on a state option 63"/>
          <w:id w:val="10064"/>
          <w14:checkbox>
            <w14:checked w14:val="0"/>
            <w14:checkedState w14:val="2612" w14:font="MS Gothic"/>
            <w14:uncheckedState w14:val="2610" w14:font="MS Gothic"/>
          </w14:checkbox>
        </w:sdtPr>
        <w:sdtContent>
          <w:r>
            <w:rPr>
              <w:shd w:fill="EDF3FC"/>
            </w:rPr>
            <w:t xml:space="preserve">☐</w:t>
          </w:r>
        </w:sdtContent>
      </w:sdt>
      <w:r>
        <w:t xml:space="preserve"> No</w:t>
      </w:r>
    </w:p>
    <w:p>
      <w:pPr>
        <w:spacing w:after="140" w:line="259" w:lineRule="auto"/>
      </w:pPr>
      <w:r>
        <w:rPr>
          <w:rFonts w:ascii="Arial" w:hAnsi="Arial"/>
          <w:b w:val="0"/>
          <w:sz w:val="21"/>
        </w:rPr>
        <w:t>2. If yes, identify the public, private or charter school district or system where you were employed when you administered or assisted with the assessment.</w:t>
      </w:r>
    </w:p>
    <w:p>
      <w:pPr>
        <w:spacing w:after="140" w:line="259" w:lineRule="auto"/>
      </w:pPr>
      <w:sdt>
        <w:sdtPr>
          <w:alias w:val="84 Additional response 64"/>
          <w:tag w:val="84 Additional response 64"/>
          <w:id w:val="10065"/>
          <w:text/>
          <w:showingPlcHdr/>
        </w:sdtPr>
        <w:sdtContent>
          <w:r>
            <w:rPr>
              <w:shd w:fill="EDF3FC"/>
            </w:rPr>
            <w:t xml:space="preserve">Click to enter                                                                                                                                         </w:t>
          </w:r>
        </w:sdtContent>
      </w:sdt>
    </w:p>
    <w:p>
      <w:pPr>
        <w:spacing w:after="140" w:line="259" w:lineRule="auto"/>
      </w:pPr>
      <w:r>
        <w:t xml:space="preserve">3. Was the allegation investigated?  </w:t>
      </w:r>
      <w:sdt>
        <w:sdtPr>
          <w:alias w:val="85 3. Was the allegation investigated?  □ Yes  □ No  □ Not applicabl option 65"/>
          <w:tag w:val="85 3. Was the allegation investigated?  □ Yes  □ No  □ Not applicabl option 65"/>
          <w:id w:val="10066"/>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85 3. Was the allegation investigated?  □ Yes  □ No  □ Not applicabl option 66"/>
          <w:tag w:val="85 3. Was the allegation investigated?  □ Yes  □ No  □ Not applicabl option 66"/>
          <w:id w:val="10067"/>
          <w14:checkbox>
            <w14:checked w14:val="0"/>
            <w14:checkedState w14:val="2612" w14:font="MS Gothic"/>
            <w14:uncheckedState w14:val="2610" w14:font="MS Gothic"/>
          </w14:checkbox>
        </w:sdtPr>
        <w:sdtContent>
          <w:r>
            <w:rPr>
              <w:shd w:fill="EDF3FC"/>
            </w:rPr>
            <w:t xml:space="preserve">☐</w:t>
          </w:r>
        </w:sdtContent>
      </w:sdt>
      <w:r>
        <w:t xml:space="preserve"> No  </w:t>
      </w:r>
      <w:sdt>
        <w:sdtPr>
          <w:alias w:val="85 3. Was the allegation investigated?  □ Yes  □ No  □ Not applicabl option 67"/>
          <w:tag w:val="85 3. Was the allegation investigated?  □ Yes  □ No  □ Not applicabl option 67"/>
          <w:id w:val="10068"/>
          <w14:checkbox>
            <w14:checked w14:val="0"/>
            <w14:checkedState w14:val="2612" w14:font="MS Gothic"/>
            <w14:uncheckedState w14:val="2610" w14:font="MS Gothic"/>
          </w14:checkbox>
        </w:sdtPr>
        <w:sdtContent>
          <w:r>
            <w:rPr>
              <w:shd w:fill="EDF3FC"/>
            </w:rPr>
            <w:t xml:space="preserve">☐</w:t>
          </w:r>
        </w:sdtContent>
      </w:sdt>
      <w:r>
        <w:t xml:space="preserve"> Not applicable</w:t>
      </w:r>
    </w:p>
    <w:p>
      <w:pPr>
        <w:spacing w:after="140" w:line="259" w:lineRule="auto"/>
      </w:pPr>
      <w:r>
        <w:rPr>
          <w:rFonts w:ascii="Arial" w:hAnsi="Arial"/>
          <w:b w:val="0"/>
          <w:sz w:val="21"/>
        </w:rPr>
        <w:t>4. What was the result of the investigation?</w:t>
      </w:r>
    </w:p>
    <w:p>
      <w:pPr>
        <w:spacing w:after="140" w:line="259" w:lineRule="auto"/>
      </w:pPr>
      <w:sdt>
        <w:sdtPr>
          <w:alias w:val="87 Additional response 68"/>
          <w:tag w:val="87 Additional response 68"/>
          <w:id w:val="10069"/>
          <w:text/>
          <w:showingPlcHdr/>
        </w:sdtPr>
        <w:sdtContent>
          <w:r>
            <w:rPr>
              <w:shd w:fill="EDF3FC"/>
            </w:rPr>
            <w:t xml:space="preserve">Click to enter                                                                                                                                         </w:t>
          </w:r>
        </w:sdtContent>
      </w:sdt>
    </w:p>
    <w:p>
      <w:pPr>
        <w:spacing w:after="140" w:line="259" w:lineRule="auto"/>
      </w:pPr>
      <w:r>
        <w:t>5. Were any scores voided, thrown out or not counted as a result?</w:t>
        <w:br/>
      </w:r>
      <w:sdt>
        <w:sdtPr>
          <w:alias w:val="88 5. Were any scores voided, thrown out or not counted as a result? option 69"/>
          <w:tag w:val="88 5. Were any scores voided, thrown out or not counted as a result? option 69"/>
          <w:id w:val="10070"/>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88 5. Were any scores voided, thrown out or not counted as a result? option 70"/>
          <w:tag w:val="88 5. Were any scores voided, thrown out or not counted as a result? option 70"/>
          <w:id w:val="10071"/>
          <w14:checkbox>
            <w14:checked w14:val="0"/>
            <w14:checkedState w14:val="2612" w14:font="MS Gothic"/>
            <w14:uncheckedState w14:val="2610" w14:font="MS Gothic"/>
          </w14:checkbox>
        </w:sdtPr>
        <w:sdtContent>
          <w:r>
            <w:rPr>
              <w:shd w:fill="EDF3FC"/>
            </w:rPr>
            <w:t xml:space="preserve">☐</w:t>
          </w:r>
        </w:sdtContent>
      </w:sdt>
      <w:r>
        <w:t xml:space="preserve"> No  </w:t>
      </w:r>
      <w:sdt>
        <w:sdtPr>
          <w:alias w:val="88 5. Were any scores voided, thrown out or not counted as a result? option 71"/>
          <w:tag w:val="88 5. Were any scores voided, thrown out or not counted as a result? option 71"/>
          <w:id w:val="10072"/>
          <w14:checkbox>
            <w14:checked w14:val="0"/>
            <w14:checkedState w14:val="2612" w14:font="MS Gothic"/>
            <w14:uncheckedState w14:val="2610" w14:font="MS Gothic"/>
          </w14:checkbox>
        </w:sdtPr>
        <w:sdtContent>
          <w:r>
            <w:rPr>
              <w:shd w:fill="EDF3FC"/>
            </w:rPr>
            <w:t xml:space="preserve">☐</w:t>
          </w:r>
        </w:sdtContent>
      </w:sdt>
      <w:r>
        <w:t xml:space="preserve"> Not applicable</w:t>
      </w:r>
    </w:p>
    <w:p>
      <w:pPr>
        <w:spacing w:after="140" w:line="259" w:lineRule="auto"/>
      </w:pPr>
      <w:r>
        <w:t xml:space="preserve">6. Did you resign?  </w:t>
      </w:r>
      <w:sdt>
        <w:sdtPr>
          <w:alias w:val="89 6. Did you resign?  □ Yes  □ No  □ Not applicable option 72"/>
          <w:tag w:val="89 6. Did you resign?  □ Yes  □ No  □ Not applicable option 72"/>
          <w:id w:val="10073"/>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89 6. Did you resign?  □ Yes  □ No  □ Not applicable option 73"/>
          <w:tag w:val="89 6. Did you resign?  □ Yes  □ No  □ Not applicable option 73"/>
          <w:id w:val="10074"/>
          <w14:checkbox>
            <w14:checked w14:val="0"/>
            <w14:checkedState w14:val="2612" w14:font="MS Gothic"/>
            <w14:uncheckedState w14:val="2610" w14:font="MS Gothic"/>
          </w14:checkbox>
        </w:sdtPr>
        <w:sdtContent>
          <w:r>
            <w:rPr>
              <w:shd w:fill="EDF3FC"/>
            </w:rPr>
            <w:t xml:space="preserve">☐</w:t>
          </w:r>
        </w:sdtContent>
      </w:sdt>
      <w:r>
        <w:t xml:space="preserve"> No  </w:t>
      </w:r>
      <w:sdt>
        <w:sdtPr>
          <w:alias w:val="89 6. Did you resign?  □ Yes  □ No  □ Not applicable option 74"/>
          <w:tag w:val="89 6. Did you resign?  □ Yes  □ No  □ Not applicable option 74"/>
          <w:id w:val="10075"/>
          <w14:checkbox>
            <w14:checked w14:val="0"/>
            <w14:checkedState w14:val="2612" w14:font="MS Gothic"/>
            <w14:uncheckedState w14:val="2610" w14:font="MS Gothic"/>
          </w14:checkbox>
        </w:sdtPr>
        <w:sdtContent>
          <w:r>
            <w:rPr>
              <w:shd w:fill="EDF3FC"/>
            </w:rPr>
            <w:t xml:space="preserve">☐</w:t>
          </w:r>
        </w:sdtContent>
      </w:sdt>
      <w:r>
        <w:t xml:space="preserve"> Not applicable</w:t>
      </w:r>
    </w:p>
    <w:p>
      <w:pPr>
        <w:spacing w:after="140" w:line="259" w:lineRule="auto"/>
      </w:pPr>
      <w:r>
        <w:t xml:space="preserve">7. Were you terminated, asked to resign, or was your contract not renewed, in whole or in part because of the testing irregularity?  </w:t>
      </w:r>
      <w:sdt>
        <w:sdtPr>
          <w:alias w:val="90 7. Were you terminated, asked to resign, or was your contract not option 75"/>
          <w:tag w:val="90 7. Were you terminated, asked to resign, or was your contract not option 75"/>
          <w:id w:val="10076"/>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90 7. Were you terminated, asked to resign, or was your contract not option 76"/>
          <w:tag w:val="90 7. Were you terminated, asked to resign, or was your contract not option 76"/>
          <w:id w:val="10077"/>
          <w14:checkbox>
            <w14:checked w14:val="0"/>
            <w14:checkedState w14:val="2612" w14:font="MS Gothic"/>
            <w14:uncheckedState w14:val="2610" w14:font="MS Gothic"/>
          </w14:checkbox>
        </w:sdtPr>
        <w:sdtContent>
          <w:r>
            <w:rPr>
              <w:shd w:fill="EDF3FC"/>
            </w:rPr>
            <w:t xml:space="preserve">☐</w:t>
          </w:r>
        </w:sdtContent>
      </w:sdt>
      <w:r>
        <w:t xml:space="preserve"> No  </w:t>
      </w:r>
      <w:sdt>
        <w:sdtPr>
          <w:alias w:val="90 7. Were you terminated, asked to resign, or was your contract not option 77"/>
          <w:tag w:val="90 7. Were you terminated, asked to resign, or was your contract not option 77"/>
          <w:id w:val="10078"/>
          <w14:checkbox>
            <w14:checked w14:val="0"/>
            <w14:checkedState w14:val="2612" w14:font="MS Gothic"/>
            <w14:uncheckedState w14:val="2610" w14:font="MS Gothic"/>
          </w14:checkbox>
        </w:sdtPr>
        <w:sdtContent>
          <w:r>
            <w:rPr>
              <w:shd w:fill="EDF3FC"/>
            </w:rPr>
            <w:t xml:space="preserve">☐</w:t>
          </w:r>
        </w:sdtContent>
      </w:sdt>
      <w:r>
        <w:t xml:space="preserve"> Not applicable</w:t>
      </w:r>
    </w:p>
    <w:p>
      <w:pPr>
        <w:spacing w:after="140" w:line="259" w:lineRule="auto"/>
      </w:pPr>
      <w:r>
        <w:rPr>
          <w:rFonts w:ascii="Arial" w:hAnsi="Arial"/>
          <w:b w:val="0"/>
          <w:sz w:val="21"/>
        </w:rPr>
        <w:t>Attach explanations as needed. I guarantee the correctness of these answers. I understand that an omission or false statement may be sufficient grounds for discharge if employed.</w:t>
      </w:r>
    </w:p>
    <w:p>
      <w:pPr>
        <w:spacing w:after="140" w:line="259" w:lineRule="auto"/>
      </w:pPr>
      <w:r>
        <w:t xml:space="preserve">Applicant signature </w:t>
      </w:r>
      <w:sdt>
        <w:sdtPr>
          <w:alias w:val="92 Applicant signature  Date 78"/>
          <w:tag w:val="92 Applicant signature  Date 78"/>
          <w:id w:val="10079"/>
          <w:text/>
          <w:showingPlcHdr/>
        </w:sdtPr>
        <w:sdtContent>
          <w:r>
            <w:rPr>
              <w:shd w:fill="EDF3FC"/>
            </w:rPr>
            <w:t xml:space="preserve">Click to enter                                                       </w:t>
          </w:r>
        </w:sdtContent>
      </w:sdt>
      <w:r>
        <w:t xml:space="preserve"> Date </w:t>
      </w:r>
      <w:sdt>
        <w:sdtPr>
          <w:alias w:val="92 Applicant signature  Date 79"/>
          <w:tag w:val="92 Applicant signature  Date 79"/>
          <w:id w:val="10080"/>
          <w:text/>
          <w:showingPlcHdr/>
        </w:sdtPr>
        <w:sdtContent>
          <w:r>
            <w:rPr>
              <w:shd w:fill="EDF3FC"/>
            </w:rPr>
            <w:t xml:space="preserve">Click to enter                 </w:t>
          </w:r>
        </w:sdtContent>
      </w:sdt>
    </w:p>
    <w:p>
      <w:pPr>
        <w:pStyle w:val="Heading1"/>
        <w:pageBreakBefore w:val="0"/>
        <w:spacing w:before="240" w:after="200" w:line="259" w:lineRule="auto"/>
        <w:jc w:val="center"/>
      </w:pPr>
      <w:r>
        <w:rPr>
          <w:rFonts w:ascii="Arial" w:hAnsi="Arial"/>
          <w:sz w:val="26"/>
        </w:rPr>
        <w:t>Authorization</w:t>
      </w:r>
    </w:p>
    <w:p>
      <w:pPr>
        <w:spacing w:after="140" w:line="259" w:lineRule="auto"/>
      </w:pPr>
      <w:r>
        <w:rPr>
          <w:rFonts w:ascii="Arial" w:hAnsi="Arial"/>
          <w:b w:val="0"/>
          <w:sz w:val="21"/>
        </w:rPr>
        <w:t>I authorize the Richland Parish School System to conduct a criminal background investigation and obtain information from current and former employers, educational institutions, professional and personal references, criminal records, charges and convictions, and other appropriate sources. This authorization includes job-related verification of employment, performance, attendance and punctuality, but does not authorize release of medical records or disability-related information during pre-offer review.</w:t>
      </w:r>
    </w:p>
    <w:p>
      <w:pPr>
        <w:spacing w:after="140" w:line="259" w:lineRule="auto"/>
      </w:pPr>
      <w:r>
        <w:rPr>
          <w:rFonts w:ascii="Arial" w:hAnsi="Arial"/>
          <w:b w:val="0"/>
          <w:sz w:val="21"/>
        </w:rPr>
        <w:t>I authorize release to RPSB of personnel evaluation results under Act 506 of 1992 from all school districts in which I have been employed. I understand that I may access results received in accordance with Act 506 and provide a response.</w:t>
      </w:r>
    </w:p>
    <w:p>
      <w:pPr>
        <w:spacing w:after="140" w:line="259" w:lineRule="auto"/>
      </w:pPr>
      <w:r>
        <w:rPr>
          <w:rFonts w:ascii="Arial" w:hAnsi="Arial"/>
          <w:b w:val="0"/>
          <w:sz w:val="21"/>
        </w:rPr>
        <w:t>I guarantee the correctness of this application. I understand that an omission or false statement may be sufficient grounds for discharge if employed. I also affirm that I have never been convicted of a felony.</w:t>
      </w:r>
    </w:p>
    <w:p>
      <w:pPr>
        <w:spacing w:after="140" w:line="259" w:lineRule="auto"/>
      </w:pPr>
      <w:r>
        <w:t xml:space="preserve">Applicant signature </w:t>
      </w:r>
      <w:sdt>
        <w:sdtPr>
          <w:alias w:val="97 Applicant signature  Date 80"/>
          <w:tag w:val="97 Applicant signature  Date 80"/>
          <w:id w:val="10081"/>
          <w:text/>
          <w:showingPlcHdr/>
        </w:sdtPr>
        <w:sdtContent>
          <w:r>
            <w:rPr>
              <w:shd w:fill="EDF3FC"/>
            </w:rPr>
            <w:t xml:space="preserve">Click to enter                                                       </w:t>
          </w:r>
        </w:sdtContent>
      </w:sdt>
      <w:r>
        <w:t xml:space="preserve"> Date </w:t>
      </w:r>
      <w:sdt>
        <w:sdtPr>
          <w:alias w:val="97 Applicant signature  Date 81"/>
          <w:tag w:val="97 Applicant signature  Date 81"/>
          <w:id w:val="10082"/>
          <w:text/>
          <w:showingPlcHdr/>
        </w:sdtPr>
        <w:sdtContent>
          <w:r>
            <w:rPr>
              <w:shd w:fill="EDF3FC"/>
            </w:rPr>
            <w:t xml:space="preserve">Click to enter                 </w:t>
          </w:r>
        </w:sdtContent>
      </w:sdt>
    </w:p>
    <w:p>
      <w:pPr>
        <w:spacing w:after="140" w:line="259" w:lineRule="auto"/>
      </w:pPr>
      <w:r>
        <w:rPr>
          <w:rFonts w:ascii="Arial" w:hAnsi="Arial"/>
          <w:sz w:val="21"/>
        </w:rPr>
        <w:br w:type="page"/>
      </w:r>
    </w:p>
    <w:p>
      <w:pPr>
        <w:pStyle w:val="Heading1"/>
        <w:spacing w:before="240" w:after="200" w:line="259" w:lineRule="auto"/>
        <w:jc w:val="center"/>
      </w:pPr>
      <w:r>
        <w:rPr>
          <w:rFonts w:ascii="Arial" w:hAnsi="Arial"/>
          <w:sz w:val="36"/>
        </w:rPr>
        <w:t>Personnel Verification Record</w:t>
      </w:r>
    </w:p>
    <w:p>
      <w:pPr>
        <w:spacing w:after="180" w:line="259" w:lineRule="auto"/>
      </w:pPr>
      <w:r>
        <w:t xml:space="preserve">Applicant name </w:t>
      </w:r>
      <w:sdt>
        <w:sdtPr>
          <w:alias w:val="100 Applicant name   Date 82"/>
          <w:tag w:val="100 Applicant name   Date 82"/>
          <w:id w:val="10083"/>
          <w:text/>
          <w:showingPlcHdr/>
        </w:sdtPr>
        <w:sdtContent>
          <w:r>
            <w:rPr>
              <w:shd w:fill="EDF3FC"/>
            </w:rPr>
            <w:t xml:space="preserve">Click to enter                                                                   </w:t>
          </w:r>
        </w:sdtContent>
      </w:sdt>
      <w:r>
        <w:t xml:space="preserve">  Date </w:t>
      </w:r>
      <w:sdt>
        <w:sdtPr>
          <w:alias w:val="100 Applicant name   Date 83"/>
          <w:tag w:val="100 Applicant name   Date 83"/>
          <w:id w:val="10084"/>
          <w:text/>
          <w:showingPlcHdr/>
        </w:sdtPr>
        <w:sdtContent>
          <w:r>
            <w:rPr>
              <w:shd w:fill="EDF3FC"/>
            </w:rPr>
            <w:t xml:space="preserve">Enter         </w:t>
          </w:r>
        </w:sdtContent>
      </w:sdt>
    </w:p>
    <w:p>
      <w:pPr>
        <w:spacing w:after="180" w:line="259" w:lineRule="auto"/>
      </w:pPr>
      <w:r>
        <w:rPr>
          <w:rFonts w:ascii="Arial" w:hAnsi="Arial"/>
          <w:b/>
          <w:sz w:val="22"/>
        </w:rPr>
        <w:t>FOR OFFICE USE ONLY — Not to be completed by the applicant</w:t>
      </w:r>
    </w:p>
    <w:p>
      <w:pPr>
        <w:spacing w:after="180" w:line="259" w:lineRule="auto"/>
      </w:pPr>
      <w:r>
        <w:t xml:space="preserve">Position </w:t>
      </w:r>
      <w:sdt>
        <w:sdtPr>
          <w:alias w:val="102 Position  School 84"/>
          <w:tag w:val="102 Position  School 84"/>
          <w:id w:val="10085"/>
          <w:text/>
          <w:showingPlcHdr/>
        </w:sdtPr>
        <w:sdtContent>
          <w:r>
            <w:rPr>
              <w:shd w:fill="EDF3FC"/>
            </w:rPr>
            <w:t xml:space="preserve">Click to enter                                                   </w:t>
          </w:r>
        </w:sdtContent>
      </w:sdt>
      <w:r>
        <w:t xml:space="preserve"> School </w:t>
      </w:r>
      <w:sdt>
        <w:sdtPr>
          <w:alias w:val="102 Position  School 85"/>
          <w:tag w:val="102 Position  School 85"/>
          <w:id w:val="10086"/>
          <w:text/>
          <w:showingPlcHdr/>
        </w:sdtPr>
        <w:sdtContent>
          <w:r>
            <w:rPr>
              <w:shd w:fill="EDF3FC"/>
            </w:rPr>
            <w:t xml:space="preserve">Click to enter                                   </w:t>
          </w:r>
        </w:sdtContent>
      </w:sdt>
    </w:p>
    <w:p>
      <w:pPr>
        <w:pStyle w:val="Heading1"/>
        <w:spacing w:before="240" w:after="200" w:line="259" w:lineRule="auto"/>
        <w:jc w:val="center"/>
      </w:pPr>
      <w:r>
        <w:rPr>
          <w:rFonts w:ascii="Arial" w:hAnsi="Arial"/>
          <w:sz w:val="26"/>
        </w:rPr>
        <w:t>Reference Verification</w:t>
      </w:r>
    </w:p>
    <w:p>
      <w:pPr>
        <w:spacing w:after="180" w:line="259" w:lineRule="auto"/>
      </w:pPr>
      <w:r>
        <w:rPr>
          <w:rFonts w:ascii="Arial" w:hAnsi="Arial"/>
          <w:b w:val="0"/>
          <w:sz w:val="22"/>
        </w:rPr>
        <w:t>Contact the applicant’s current or former supervisors directly. Copy this record for additional contacts. Request job-related information only; do not ask for diagnoses, medical history, disability information or the amount or reasons for prior sick leave.</w:t>
      </w:r>
    </w:p>
    <w:p>
      <w:pPr>
        <w:spacing w:after="180" w:line="259" w:lineRule="auto"/>
      </w:pPr>
      <w:r>
        <w:t xml:space="preserve">Employer </w:t>
      </w:r>
      <w:sdt>
        <w:sdtPr>
          <w:alias w:val="105 Employer  Supervisor 86"/>
          <w:tag w:val="105 Employer  Supervisor 86"/>
          <w:id w:val="10087"/>
          <w:text/>
          <w:showingPlcHdr/>
        </w:sdtPr>
        <w:sdtContent>
          <w:r>
            <w:rPr>
              <w:shd w:fill="EDF3FC"/>
            </w:rPr>
            <w:t xml:space="preserve">Click to enter                                           </w:t>
          </w:r>
        </w:sdtContent>
      </w:sdt>
      <w:r>
        <w:t xml:space="preserve"> Supervisor </w:t>
      </w:r>
      <w:sdt>
        <w:sdtPr>
          <w:alias w:val="105 Employer  Supervisor 87"/>
          <w:tag w:val="105 Employer  Supervisor 87"/>
          <w:id w:val="10088"/>
          <w:text/>
          <w:showingPlcHdr/>
        </w:sdtPr>
        <w:sdtContent>
          <w:r>
            <w:rPr>
              <w:shd w:fill="EDF3FC"/>
            </w:rPr>
            <w:t xml:space="preserve">Click to enter                                   </w:t>
          </w:r>
        </w:sdtContent>
      </w:sdt>
    </w:p>
    <w:p>
      <w:pPr>
        <w:spacing w:after="180" w:line="259" w:lineRule="auto"/>
      </w:pPr>
      <w:r>
        <w:t xml:space="preserve">Title </w:t>
      </w:r>
      <w:sdt>
        <w:sdtPr>
          <w:alias w:val="106 Title  Telephone or email 88"/>
          <w:tag w:val="106 Title  Telephone or email 88"/>
          <w:id w:val="10089"/>
          <w:text/>
          <w:showingPlcHdr/>
        </w:sdtPr>
        <w:sdtContent>
          <w:r>
            <w:rPr>
              <w:shd w:fill="EDF3FC"/>
            </w:rPr>
            <w:t xml:space="preserve">Click to enter                                   </w:t>
          </w:r>
        </w:sdtContent>
      </w:sdt>
      <w:r>
        <w:t xml:space="preserve"> Telephone or email </w:t>
      </w:r>
      <w:sdt>
        <w:sdtPr>
          <w:alias w:val="106 Title  Telephone or email 89"/>
          <w:tag w:val="106 Title  Telephone or email 89"/>
          <w:id w:val="10090"/>
          <w:text/>
          <w:showingPlcHdr/>
        </w:sdtPr>
        <w:sdtContent>
          <w:r>
            <w:rPr>
              <w:shd w:fill="EDF3FC"/>
            </w:rPr>
            <w:t xml:space="preserve">Click to enter                                     </w:t>
          </w:r>
        </w:sdtContent>
      </w:sdt>
    </w:p>
    <w:p>
      <w:pPr>
        <w:spacing w:after="180" w:line="259" w:lineRule="auto"/>
      </w:pPr>
      <w:r>
        <w:t xml:space="preserve">Contacted by </w:t>
      </w:r>
      <w:sdt>
        <w:sdtPr>
          <w:alias w:val="107 Contacted by  Date  Method 90"/>
          <w:tag w:val="107 Contacted by  Date  Method 90"/>
          <w:id w:val="10091"/>
          <w:text/>
          <w:showingPlcHdr/>
        </w:sdtPr>
        <w:sdtContent>
          <w:r>
            <w:rPr>
              <w:shd w:fill="EDF3FC"/>
            </w:rPr>
            <w:t xml:space="preserve">Click to enter                                     </w:t>
          </w:r>
        </w:sdtContent>
      </w:sdt>
      <w:r>
        <w:t xml:space="preserve"> Date </w:t>
      </w:r>
      <w:sdt>
        <w:sdtPr>
          <w:alias w:val="107 Contacted by  Date  Method 91"/>
          <w:tag w:val="107 Contacted by  Date  Method 91"/>
          <w:id w:val="10092"/>
          <w:text/>
          <w:showingPlcHdr/>
        </w:sdtPr>
        <w:sdtContent>
          <w:r>
            <w:rPr>
              <w:shd w:fill="EDF3FC"/>
            </w:rPr>
            <w:t xml:space="preserve">Enter</w:t>
          </w:r>
        </w:sdtContent>
      </w:sdt>
      <w:r>
        <w:t xml:space="preserve"> Method </w:t>
      </w:r>
      <w:sdt>
        <w:sdtPr>
          <w:alias w:val="107 Contacted by  Date  Method 92"/>
          <w:tag w:val="107 Contacted by  Date  Method 92"/>
          <w:id w:val="10093"/>
          <w:text/>
          <w:showingPlcHdr/>
        </w:sdtPr>
        <w:sdtContent>
          <w:r>
            <w:rPr>
              <w:shd w:fill="EDF3FC"/>
            </w:rPr>
            <w:t xml:space="preserve">Enter         </w:t>
          </w:r>
        </w:sdtContent>
      </w:sdt>
    </w:p>
    <w:p>
      <w:pPr>
        <w:spacing w:after="180" w:line="259" w:lineRule="auto"/>
      </w:pPr>
      <w:r>
        <w:t xml:space="preserve">Employment dates and position verified </w:t>
      </w:r>
      <w:sdt>
        <w:sdtPr>
          <w:alias w:val="108 Employment dates and position verified 93"/>
          <w:tag w:val="108 Employment dates and position verified 93"/>
          <w:id w:val="10094"/>
          <w:text/>
          <w:showingPlcHdr/>
        </w:sdtPr>
        <w:sdtContent>
          <w:r>
            <w:rPr>
              <w:shd w:fill="EDF3FC"/>
            </w:rPr>
            <w:t xml:space="preserve">Click to enter                                                                           </w:t>
          </w:r>
        </w:sdtContent>
      </w:sdt>
    </w:p>
    <w:p>
      <w:pPr>
        <w:spacing w:after="180" w:line="259" w:lineRule="auto"/>
      </w:pPr>
      <w:r>
        <w:t xml:space="preserve">Evaluation results reviewed and source </w:t>
      </w:r>
      <w:sdt>
        <w:sdtPr>
          <w:alias w:val="109 Evaluation results reviewed and source 94"/>
          <w:tag w:val="109 Evaluation results reviewed and source 94"/>
          <w:id w:val="10095"/>
          <w:text/>
          <w:showingPlcHdr/>
        </w:sdtPr>
        <w:sdtContent>
          <w:r>
            <w:rPr>
              <w:shd w:fill="EDF3FC"/>
            </w:rPr>
            <w:t xml:space="preserve">Click to enter                                                                           </w:t>
          </w:r>
        </w:sdtContent>
      </w:sdt>
    </w:p>
    <w:p>
      <w:pPr>
        <w:spacing w:after="180" w:line="259" w:lineRule="auto"/>
      </w:pPr>
      <w:sdt>
        <w:sdtPr>
          <w:alias w:val="110 Additional response 95"/>
          <w:tag w:val="110 Additional response 95"/>
          <w:id w:val="10096"/>
          <w:text/>
          <w:showingPlcHdr/>
        </w:sdtPr>
        <w:sdtContent>
          <w:r>
            <w:rPr>
              <w:shd w:fill="EDF3FC"/>
            </w:rPr>
            <w:t xml:space="preserve">Click to enter                                                                                                                                         </w:t>
          </w:r>
        </w:sdtContent>
      </w:sdt>
    </w:p>
    <w:p>
      <w:pPr>
        <w:spacing w:after="180" w:line="259" w:lineRule="auto"/>
      </w:pPr>
      <w:r>
        <w:rPr>
          <w:rFonts w:ascii="Arial" w:hAnsi="Arial"/>
          <w:b w:val="0"/>
          <w:sz w:val="22"/>
        </w:rPr>
        <w:t>How did the applicant meet attendance, punctuality and call-in requirements? Limit responses to nonmedical job-related information. Do not count legally protected leave as misconduct.</w:t>
      </w:r>
    </w:p>
    <w:p>
      <w:pPr>
        <w:spacing w:after="180" w:line="259" w:lineRule="auto"/>
      </w:pPr>
      <w:sdt>
        <w:sdtPr>
          <w:alias w:val="112 Additional response 96"/>
          <w:tag w:val="112 Additional response 96"/>
          <w:id w:val="10097"/>
          <w:text/>
          <w:showingPlcHdr/>
        </w:sdtPr>
        <w:sdtContent>
          <w:r>
            <w:rPr>
              <w:shd w:fill="EDF3FC"/>
            </w:rPr>
            <w:t xml:space="preserve">Click to enter                                                                                                                                         </w:t>
          </w:r>
        </w:sdtContent>
      </w:sdt>
    </w:p>
    <w:p>
      <w:pPr>
        <w:spacing w:after="180" w:line="259" w:lineRule="auto"/>
      </w:pPr>
      <w:sdt>
        <w:sdtPr>
          <w:alias w:val="113 Additional response 97"/>
          <w:tag w:val="113 Additional response 97"/>
          <w:id w:val="10098"/>
          <w:text/>
          <w:showingPlcHdr/>
        </w:sdtPr>
        <w:sdtContent>
          <w:r>
            <w:rPr>
              <w:shd w:fill="EDF3FC"/>
            </w:rPr>
            <w:t xml:space="preserve">Click to enter                                                                                                                                         </w:t>
          </w:r>
        </w:sdtContent>
      </w:sdt>
    </w:p>
    <w:p>
      <w:pPr>
        <w:spacing w:after="180" w:line="259" w:lineRule="auto"/>
      </w:pPr>
      <w:r>
        <w:t xml:space="preserve">Eligible for rehire?  </w:t>
      </w:r>
      <w:sdt>
        <w:sdtPr>
          <w:alias w:val="114 Eligible for rehire?  □ Yes  □ No  □ Not provided    Job-related  option 98"/>
          <w:tag w:val="114 Eligible for rehire?  □ Yes  □ No  □ Not provided    Job-related  option 98"/>
          <w:id w:val="10099"/>
          <w14:checkbox>
            <w14:checked w14:val="0"/>
            <w14:checkedState w14:val="2612" w14:font="MS Gothic"/>
            <w14:uncheckedState w14:val="2610" w14:font="MS Gothic"/>
          </w14:checkbox>
        </w:sdtPr>
        <w:sdtContent>
          <w:r>
            <w:rPr>
              <w:shd w:fill="EDF3FC"/>
            </w:rPr>
            <w:t xml:space="preserve">☐</w:t>
          </w:r>
        </w:sdtContent>
      </w:sdt>
      <w:r>
        <w:t xml:space="preserve"> Yes  </w:t>
      </w:r>
      <w:sdt>
        <w:sdtPr>
          <w:alias w:val="114 Eligible for rehire?  □ Yes  □ No  □ Not provided    Job-related  option 99"/>
          <w:tag w:val="114 Eligible for rehire?  □ Yes  □ No  □ Not provided    Job-related  option 99"/>
          <w:id w:val="10100"/>
          <w14:checkbox>
            <w14:checked w14:val="0"/>
            <w14:checkedState w14:val="2612" w14:font="MS Gothic"/>
            <w14:uncheckedState w14:val="2610" w14:font="MS Gothic"/>
          </w14:checkbox>
        </w:sdtPr>
        <w:sdtContent>
          <w:r>
            <w:rPr>
              <w:shd w:fill="EDF3FC"/>
            </w:rPr>
            <w:t xml:space="preserve">☐</w:t>
          </w:r>
        </w:sdtContent>
      </w:sdt>
      <w:r>
        <w:t xml:space="preserve"> No  </w:t>
      </w:r>
      <w:sdt>
        <w:sdtPr>
          <w:alias w:val="114 Eligible for rehire?  □ Yes  □ No  □ Not provided    Job-related  option 100"/>
          <w:tag w:val="114 Eligible for rehire?  □ Yes  □ No  □ Not provided    Job-related  option 100"/>
          <w:id w:val="10101"/>
          <w14:checkbox>
            <w14:checked w14:val="0"/>
            <w14:checkedState w14:val="2612" w14:font="MS Gothic"/>
            <w14:uncheckedState w14:val="2610" w14:font="MS Gothic"/>
          </w14:checkbox>
        </w:sdtPr>
        <w:sdtContent>
          <w:r>
            <w:rPr>
              <w:shd w:fill="EDF3FC"/>
            </w:rPr>
            <w:t xml:space="preserve">☐</w:t>
          </w:r>
        </w:sdtContent>
      </w:sdt>
      <w:r>
        <w:t xml:space="preserve"> Not provided    Job-related explanation:</w:t>
      </w:r>
    </w:p>
    <w:p>
      <w:pPr>
        <w:spacing w:after="180" w:line="259" w:lineRule="auto"/>
      </w:pPr>
      <w:sdt>
        <w:sdtPr>
          <w:alias w:val="115 Additional response 101"/>
          <w:tag w:val="115 Additional response 101"/>
          <w:id w:val="10102"/>
          <w:text/>
          <w:showingPlcHdr/>
        </w:sdtPr>
        <w:sdtContent>
          <w:r>
            <w:rPr>
              <w:shd w:fill="EDF3FC"/>
            </w:rPr>
            <w:t xml:space="preserve">Click to enter                                                                                                                                         </w:t>
          </w:r>
        </w:sdtContent>
      </w:sdt>
    </w:p>
    <w:p>
      <w:pPr>
        <w:pStyle w:val="Heading1"/>
        <w:spacing w:before="240" w:after="200" w:line="259" w:lineRule="auto"/>
        <w:jc w:val="center"/>
      </w:pPr>
      <w:r>
        <w:rPr>
          <w:rFonts w:ascii="Arial" w:hAnsi="Arial"/>
          <w:sz w:val="26"/>
        </w:rPr>
        <w:t>Ethics Review</w:t>
      </w:r>
    </w:p>
    <w:p>
      <w:pPr>
        <w:spacing w:after="180" w:line="259" w:lineRule="auto"/>
      </w:pPr>
      <w:sdt>
        <w:sdtPr>
          <w:alias w:val="117 □ No relationship disclosed   □ Relationship referred for review&#10; option 102"/>
          <w:tag w:val="117 □ No relationship disclosed   □ Relationship referred for review&#10; option 102"/>
          <w:id w:val="10103"/>
          <w14:checkbox>
            <w14:checked w14:val="0"/>
            <w14:checkedState w14:val="2612" w14:font="MS Gothic"/>
            <w14:uncheckedState w14:val="2610" w14:font="MS Gothic"/>
          </w14:checkbox>
        </w:sdtPr>
        <w:sdtContent>
          <w:r>
            <w:rPr>
              <w:shd w:fill="EDF3FC"/>
            </w:rPr>
            <w:t xml:space="preserve">☐</w:t>
          </w:r>
        </w:sdtContent>
      </w:sdt>
      <w:r>
        <w:t xml:space="preserve"> No relationship disclosed   </w:t>
      </w:r>
      <w:sdt>
        <w:sdtPr>
          <w:alias w:val="117 □ No relationship disclosed   □ Relationship referred for review&#10; option 103"/>
          <w:tag w:val="117 □ No relationship disclosed   □ Relationship referred for review&#10; option 103"/>
          <w:id w:val="10104"/>
          <w14:checkbox>
            <w14:checked w14:val="0"/>
            <w14:checkedState w14:val="2612" w14:font="MS Gothic"/>
            <w14:uncheckedState w14:val="2610" w14:font="MS Gothic"/>
          </w14:checkbox>
        </w:sdtPr>
        <w:sdtContent>
          <w:r>
            <w:rPr>
              <w:shd w:fill="EDF3FC"/>
            </w:rPr>
            <w:t xml:space="preserve">☐</w:t>
          </w:r>
        </w:sdtContent>
      </w:sdt>
      <w:r>
        <w:t xml:space="preserve"> Relationship referred for review</w:t>
        <w:br/>
        <w:t xml:space="preserve">Relationship and employment dates verified </w:t>
      </w:r>
      <w:sdt>
        <w:sdtPr>
          <w:alias w:val="117 □ No relationship disclosed   □ Relationship referred for review&#10; 104"/>
          <w:tag w:val="117 □ No relationship disclosed   □ Relationship referred for review&#10; 104"/>
          <w:id w:val="10105"/>
          <w:text/>
          <w:showingPlcHdr/>
        </w:sdtPr>
        <w:sdtContent>
          <w:r>
            <w:rPr>
              <w:shd w:fill="EDF3FC"/>
            </w:rPr>
            <w:t xml:space="preserve">Click to enter                                                                   </w:t>
          </w:r>
        </w:sdtContent>
      </w:sdt>
      <w:r>
        <w:br/>
        <w:t xml:space="preserve">Review outcome and supporting documentation </w:t>
      </w:r>
      <w:sdt>
        <w:sdtPr>
          <w:alias w:val="117 □ No relationship disclosed   □ Relationship referred for review&#10; 105"/>
          <w:tag w:val="117 □ No relationship disclosed   □ Relationship referred for review&#10; 105"/>
          <w:id w:val="10106"/>
          <w:text/>
          <w:showingPlcHdr/>
        </w:sdtPr>
        <w:sdtContent>
          <w:r>
            <w:rPr>
              <w:shd w:fill="EDF3FC"/>
            </w:rPr>
            <w:t xml:space="preserve">Click to enter                                                             </w:t>
          </w:r>
        </w:sdtContent>
      </w:sdt>
      <w:r>
        <w:br/>
        <w:t xml:space="preserve">Reviewed by </w:t>
      </w:r>
      <w:sdt>
        <w:sdtPr>
          <w:alias w:val="117 □ No relationship disclosed   □ Relationship referred for review&#10; 106"/>
          <w:tag w:val="117 □ No relationship disclosed   □ Relationship referred for review&#10; 106"/>
          <w:id w:val="10107"/>
          <w:text/>
          <w:showingPlcHdr/>
        </w:sdtPr>
        <w:sdtContent>
          <w:r>
            <w:rPr>
              <w:shd w:fill="EDF3FC"/>
            </w:rPr>
            <w:t xml:space="preserve">Click to enter                                                 </w:t>
          </w:r>
        </w:sdtContent>
      </w:sdt>
      <w:r>
        <w:t xml:space="preserve"> Date </w:t>
      </w:r>
      <w:sdt>
        <w:sdtPr>
          <w:alias w:val="117 □ No relationship disclosed   □ Relationship referred for review&#10; 107"/>
          <w:tag w:val="117 □ No relationship disclosed   □ Relationship referred for review&#10; 107"/>
          <w:id w:val="10108"/>
          <w:text/>
          <w:showingPlcHdr/>
        </w:sdtPr>
        <w:sdtContent>
          <w:r>
            <w:rPr>
              <w:shd w:fill="EDF3FC"/>
            </w:rPr>
            <w:t xml:space="preserve">Click to enter                                 </w:t>
          </w:r>
        </w:sdtContent>
      </w:sdt>
    </w:p>
    <w:p>
      <w:pPr>
        <w:pStyle w:val="Heading1"/>
        <w:spacing w:before="240" w:after="200" w:line="259" w:lineRule="auto"/>
        <w:jc w:val="center"/>
      </w:pPr>
      <w:r>
        <w:rPr>
          <w:rFonts w:ascii="Arial" w:hAnsi="Arial"/>
          <w:sz w:val="26"/>
        </w:rPr>
        <w:t>Transferable Sick Leave Verification</w:t>
      </w:r>
    </w:p>
    <w:p>
      <w:pPr>
        <w:spacing w:after="180" w:line="259" w:lineRule="auto"/>
      </w:pPr>
      <w:r>
        <w:rPr>
          <w:rFonts w:ascii="Arial" w:hAnsi="Arial"/>
          <w:b w:val="0"/>
          <w:sz w:val="22"/>
        </w:rPr>
        <w:t>Complete after a conditional offer for leave-credit administration. Verify the transferable balance with the former employer; do not request medical details or use the balance as a pre-offer screening measure.</w:t>
      </w:r>
    </w:p>
    <w:p>
      <w:pPr>
        <w:spacing w:after="180" w:line="259" w:lineRule="auto"/>
      </w:pPr>
      <w:r>
        <w:t xml:space="preserve">Former district </w:t>
      </w:r>
      <w:sdt>
        <w:sdtPr>
          <w:alias w:val="120 Former district  Verified balance  days&#10;Effective date  Verified  108"/>
          <w:tag w:val="120 Former district  Verified balance  days&#10;Effective date  Verified  108"/>
          <w:id w:val="10109"/>
          <w:text/>
          <w:showingPlcHdr/>
        </w:sdtPr>
        <w:sdtContent>
          <w:r>
            <w:rPr>
              <w:shd w:fill="EDF3FC"/>
            </w:rPr>
            <w:t xml:space="preserve">Click to enter                                                 </w:t>
          </w:r>
        </w:sdtContent>
      </w:sdt>
      <w:r>
        <w:t xml:space="preserve"> Verified balance </w:t>
      </w:r>
      <w:sdt>
        <w:sdtPr>
          <w:alias w:val="120 Former district  Verified balance  days&#10;Effective date  Verified  109"/>
          <w:tag w:val="120 Former district  Verified balance  days&#10;Effective date  Verified  109"/>
          <w:id w:val="10110"/>
          <w:text/>
          <w:showingPlcHdr/>
        </w:sdtPr>
        <w:sdtContent>
          <w:r>
            <w:rPr>
              <w:shd w:fill="EDF3FC"/>
            </w:rPr>
            <w:t xml:space="preserve">Enter   </w:t>
          </w:r>
        </w:sdtContent>
      </w:sdt>
      <w:r>
        <w:t xml:space="preserve"> days</w:t>
        <w:br/>
        <w:t xml:space="preserve">Effective date </w:t>
      </w:r>
      <w:sdt>
        <w:sdtPr>
          <w:alias w:val="120 Former district  Verified balance  days&#10;Effective date  Verified  110"/>
          <w:tag w:val="120 Former district  Verified balance  days&#10;Effective date  Verified  110"/>
          <w:id w:val="10111"/>
          <w:text/>
          <w:showingPlcHdr/>
        </w:sdtPr>
        <w:sdtContent>
          <w:r>
            <w:rPr>
              <w:shd w:fill="EDF3FC"/>
            </w:rPr>
            <w:t xml:space="preserve">Enter</w:t>
          </w:r>
        </w:sdtContent>
      </w:sdt>
      <w:r>
        <w:t xml:space="preserve"> Verified by </w:t>
      </w:r>
      <w:sdt>
        <w:sdtPr>
          <w:alias w:val="120 Former district  Verified balance  days&#10;Effective date  Verified  111"/>
          <w:tag w:val="120 Former district  Verified balance  days&#10;Effective date  Verified  111"/>
          <w:id w:val="10112"/>
          <w:text/>
          <w:showingPlcHdr/>
        </w:sdtPr>
        <w:sdtContent>
          <w:r>
            <w:rPr>
              <w:shd w:fill="EDF3FC"/>
            </w:rPr>
            <w:t xml:space="preserve">Click to enter                   </w:t>
          </w:r>
        </w:sdtContent>
      </w:sdt>
      <w:r>
        <w:t xml:space="preserve"> Date </w:t>
      </w:r>
      <w:sdt>
        <w:sdtPr>
          <w:alias w:val="120 Former district  Verified balance  days&#10;Effective date  Verified  112"/>
          <w:tag w:val="120 Former district  Verified balance  days&#10;Effective date  Verified  112"/>
          <w:id w:val="10113"/>
          <w:text/>
          <w:showingPlcHdr/>
        </w:sdtPr>
        <w:sdtContent>
          <w:r>
            <w:rPr>
              <w:shd w:fill="EDF3FC"/>
            </w:rPr>
            <w:t xml:space="preserve">Click to enter                   </w:t>
          </w:r>
        </w:sdtContent>
      </w:sdt>
      <w:r>
        <w:br/>
        <w:t xml:space="preserve">Supporting transfer record received </w:t>
      </w:r>
      <w:sdt>
        <w:sdtPr>
          <w:alias w:val="120 Former district  Verified balance  days&#10;Effective date  Verified  113"/>
          <w:tag w:val="120 Former district  Verified balance  days&#10;Effective date  Verified  113"/>
          <w:id w:val="10114"/>
          <w:text/>
          <w:showingPlcHdr/>
        </w:sdtPr>
        <w:sdtContent>
          <w:r>
            <w:rPr>
              <w:shd w:fill="EDF3FC"/>
            </w:rPr>
            <w:t xml:space="preserve">Enter     </w:t>
          </w:r>
        </w:sdtContent>
      </w:sdt>
      <w:r>
        <w:t xml:space="preserve"> Personnel or Payroll initials </w:t>
      </w:r>
      <w:sdt>
        <w:sdtPr>
          <w:alias w:val="120 Former district  Verified balance  days&#10;Effective date  Verified  114"/>
          <w:tag w:val="120 Former district  Verified balance  days&#10;Effective date  Verified  114"/>
          <w:id w:val="10115"/>
          <w:text/>
          <w:showingPlcHdr/>
        </w:sdtPr>
        <w:sdtContent>
          <w:r>
            <w:rPr>
              <w:shd w:fill="EDF3FC"/>
            </w:rPr>
            <w:t xml:space="preserve">Enter     </w:t>
          </w:r>
        </w:sdtContent>
      </w:sdt>
    </w:p>
    <w:p>
      <w:pPr>
        <w:spacing w:after="180" w:line="259" w:lineRule="auto"/>
      </w:pPr>
      <w:r>
        <w:t xml:space="preserve">Other follow-up or hiring conditions </w:t>
      </w:r>
      <w:sdt>
        <w:sdtPr>
          <w:alias w:val="121 Other follow-up or hiring conditions 115"/>
          <w:tag w:val="121 Other follow-up or hiring conditions 115"/>
          <w:id w:val="10116"/>
          <w:text/>
          <w:showingPlcHdr/>
        </w:sdtPr>
        <w:sdtContent>
          <w:r>
            <w:rPr>
              <w:shd w:fill="EDF3FC"/>
            </w:rPr>
            <w:t xml:space="preserve">Click to enter                                                                                 </w:t>
          </w:r>
        </w:sdtContent>
      </w:sdt>
    </w:p>
    <w:p>
      <w:pPr>
        <w:spacing w:after="180" w:line="259" w:lineRule="auto"/>
      </w:pPr>
      <w:sdt>
        <w:sdtPr>
          <w:alias w:val="122 Additional response 116"/>
          <w:tag w:val="122 Additional response 116"/>
          <w:id w:val="10117"/>
          <w:text/>
          <w:showingPlcHdr/>
        </w:sdtPr>
        <w:sdtContent>
          <w:r>
            <w:rPr>
              <w:shd w:fill="EDF3FC"/>
            </w:rPr>
            <w:t xml:space="preserve">Click to enter                                                                                                                                         </w:t>
          </w:r>
        </w:sdtContent>
      </w:sdt>
    </w:p>
    <w:sectPr w:rsidR="00FC693F" w:rsidRPr="0006063C" w:rsidSect="00034616">
      <w:headerReference w:type="default" r:id="rId9"/>
      <w:footerReference w:type="default" r:id="rId10"/>
      <w:headerReference w:type="first" r:id="rId11"/>
      <w:footerReference w:type="first" r:id="rId12"/>
      <w:pgSz w:w="12240" w:h="15840"/>
      <w:pgMar w:top="936" w:right="1008" w:bottom="792" w:left="1008" w:header="259"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Revised October 2026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Revised October 2026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spacing w:after="40"/>
      <w:jc w:val="center"/>
    </w:pPr>
    <w:r>
      <w:drawing>
        <wp:inline xmlns:a="http://schemas.openxmlformats.org/drawingml/2006/main" xmlns:pic="http://schemas.openxmlformats.org/drawingml/2006/picture">
          <wp:extent cx="585216" cy="585216"/>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585216" cy="585216"/>
                  </a:xfrm>
                  <a:prstGeom prst="rect"/>
                </pic:spPr>
              </pic:pic>
            </a:graphicData>
          </a:graphic>
        </wp:inline>
      </w:drawing>
    </w:r>
  </w:p>
  <w:p>
    <w:pPr>
      <w:spacing w:after="40"/>
      <w:jc w:val="center"/>
    </w:pPr>
    <w:r>
      <w:rPr>
        <w:rFonts w:ascii="Times New Roman" w:hAnsi="Times New Roman"/>
        <w:b/>
        <w:color w:val="243C8F"/>
        <w:sz w:val="36"/>
      </w:rPr>
      <w:t>RICHLAND PARISH SCHOOL BOARD</w:t>
    </w:r>
  </w:p>
  <w:p>
    <w:pPr>
      <w:spacing w:after="0" w:line="240" w:lineRule="auto"/>
      <w:jc w:val="center"/>
    </w:pPr>
    <w:r>
      <w:rPr>
        <w:rFonts w:ascii="Times New Roman" w:hAnsi="Times New Roman"/>
        <w:sz w:val="21"/>
      </w:rPr>
      <w:t>Mr. Sheldon Jones, Superintendent of Schools</w:t>
    </w:r>
  </w:p>
  <w:p>
    <w:pPr>
      <w:spacing w:after="0" w:line="240" w:lineRule="auto"/>
      <w:jc w:val="center"/>
    </w:pPr>
    <w:r>
      <w:rPr>
        <w:rFonts w:ascii="Times New Roman" w:hAnsi="Times New Roman"/>
        <w:sz w:val="21"/>
      </w:rPr>
      <w:t>Rebecca Freeland, Personnel Director</w:t>
    </w:r>
  </w:p>
  <w:p>
    <w:pPr>
      <w:spacing w:after="0" w:line="240" w:lineRule="auto"/>
      <w:jc w:val="center"/>
    </w:pPr>
    <w:r>
      <w:rPr>
        <w:rFonts w:ascii="Times New Roman" w:hAnsi="Times New Roman"/>
        <w:sz w:val="21"/>
      </w:rPr>
      <w:t>P.O. Box 599 • Rayville, Louisiana 71269</w:t>
    </w:r>
  </w:p>
  <w:p>
    <w:pPr>
      <w:spacing w:after="0" w:line="240" w:lineRule="auto"/>
      <w:jc w:val="center"/>
    </w:pPr>
    <w:r>
      <w:rPr>
        <w:rFonts w:ascii="Times New Roman" w:hAnsi="Times New Roman"/>
        <w:sz w:val="21"/>
      </w:rPr>
      <w:t>Telephone (318) 728-5964 • Fax (318) 728-6481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